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4EE8" w14:textId="77777777" w:rsidR="008805CF" w:rsidRPr="00036EC2" w:rsidRDefault="008C5A87">
      <w:pPr>
        <w:spacing w:after="20"/>
        <w:jc w:val="right"/>
        <w:rPr>
          <w:rFonts w:ascii="ＭＳ ゴシック" w:eastAsia="ＭＳ ゴシック" w:hAnsi="ＭＳ ゴシック"/>
          <w:lang w:eastAsia="ja-JP"/>
        </w:rPr>
      </w:pPr>
      <w:r w:rsidRPr="00036EC2">
        <w:rPr>
          <w:rFonts w:ascii="ＭＳ ゴシック" w:eastAsia="ＭＳ ゴシック" w:hAnsi="ＭＳ ゴシック"/>
          <w:lang w:eastAsia="ja-JP"/>
        </w:rPr>
        <w:t>様式１</w:t>
      </w:r>
    </w:p>
    <w:p w14:paraId="7DB6C7F2" w14:textId="77777777" w:rsidR="00036EC2" w:rsidRPr="00036EC2" w:rsidRDefault="008C5A87" w:rsidP="00036EC2">
      <w:pPr>
        <w:spacing w:line="0" w:lineRule="atLeast"/>
        <w:jc w:val="center"/>
        <w:rPr>
          <w:rFonts w:ascii="ＭＳ ゴシック" w:eastAsia="ＭＳ ゴシック" w:hAnsi="ＭＳ ゴシック"/>
          <w:b/>
          <w:sz w:val="28"/>
          <w:lang w:eastAsia="ja-JP"/>
        </w:rPr>
      </w:pPr>
      <w:r w:rsidRPr="00036EC2">
        <w:rPr>
          <w:rFonts w:ascii="ＭＳ ゴシック" w:eastAsia="ＭＳ ゴシック" w:hAnsi="ＭＳ ゴシック"/>
          <w:b/>
          <w:sz w:val="28"/>
          <w:lang w:eastAsia="ja-JP"/>
        </w:rPr>
        <w:t>民間施設を活用した一般廃棄物処理体制の構築に係</w:t>
      </w:r>
    </w:p>
    <w:p w14:paraId="6672EE93" w14:textId="1FC25800" w:rsidR="008805CF" w:rsidRPr="00036EC2" w:rsidRDefault="008C5A87" w:rsidP="00036EC2">
      <w:pPr>
        <w:spacing w:line="0" w:lineRule="atLeast"/>
        <w:jc w:val="center"/>
        <w:rPr>
          <w:rFonts w:ascii="ＭＳ ゴシック" w:eastAsia="ＭＳ ゴシック" w:hAnsi="ＭＳ ゴシック"/>
          <w:lang w:eastAsia="ja-JP"/>
        </w:rPr>
      </w:pPr>
      <w:r w:rsidRPr="00036EC2">
        <w:rPr>
          <w:rFonts w:ascii="ＭＳ ゴシック" w:eastAsia="ＭＳ ゴシック" w:hAnsi="ＭＳ ゴシック"/>
          <w:b/>
          <w:sz w:val="28"/>
          <w:lang w:eastAsia="ja-JP"/>
        </w:rPr>
        <w:t>サウンディング型市場調査エントリーシート</w:t>
      </w:r>
    </w:p>
    <w:p w14:paraId="5C7CB36F" w14:textId="77777777" w:rsidR="00036EC2" w:rsidRDefault="00036EC2" w:rsidP="00036EC2">
      <w:pPr>
        <w:spacing w:after="80" w:line="240" w:lineRule="auto"/>
        <w:ind w:firstLineChars="50" w:firstLine="95"/>
        <w:rPr>
          <w:rFonts w:ascii="ＭＳ ゴシック" w:eastAsia="ＭＳ ゴシック" w:hAnsi="ＭＳ ゴシック"/>
          <w:sz w:val="19"/>
          <w:lang w:eastAsia="ja-JP"/>
        </w:rPr>
      </w:pPr>
    </w:p>
    <w:p w14:paraId="35798B3E" w14:textId="03B97D93" w:rsidR="000E4C3C" w:rsidRPr="00A30FB4" w:rsidRDefault="00990A4E" w:rsidP="00990A4E">
      <w:pPr>
        <w:spacing w:after="80" w:line="340" w:lineRule="exact"/>
        <w:rPr>
          <w:rFonts w:ascii="ＭＳ ゴシック" w:eastAsia="ＭＳ ゴシック" w:hAnsi="ＭＳ ゴシック"/>
          <w:sz w:val="21"/>
          <w:szCs w:val="28"/>
          <w:lang w:eastAsia="ja-JP"/>
        </w:rPr>
      </w:pPr>
      <w:r w:rsidRPr="00A30FB4">
        <w:rPr>
          <w:rFonts w:ascii="ＭＳ ゴシック" w:eastAsia="ＭＳ ゴシック" w:hAnsi="ＭＳ ゴシック" w:hint="eastAsia"/>
          <w:sz w:val="21"/>
          <w:szCs w:val="28"/>
          <w:lang w:eastAsia="ja-JP"/>
        </w:rPr>
        <w:t>・</w:t>
      </w:r>
      <w:r w:rsidR="008C5A87" w:rsidRPr="00A30FB4">
        <w:rPr>
          <w:rFonts w:ascii="ＭＳ ゴシック" w:eastAsia="ＭＳ ゴシック" w:hAnsi="ＭＳ ゴシック"/>
          <w:sz w:val="21"/>
          <w:szCs w:val="28"/>
          <w:lang w:eastAsia="ja-JP"/>
        </w:rPr>
        <w:t>本エントリーシートは、対話の実施に必要な事項を把握するために使用します。</w:t>
      </w:r>
    </w:p>
    <w:p w14:paraId="62376480" w14:textId="240B9EE9" w:rsidR="008805CF" w:rsidRPr="00A30FB4" w:rsidRDefault="00990A4E" w:rsidP="00990A4E">
      <w:pPr>
        <w:spacing w:after="80" w:line="340" w:lineRule="exact"/>
        <w:rPr>
          <w:rFonts w:ascii="ＭＳ ゴシック" w:eastAsia="ＭＳ ゴシック" w:hAnsi="ＭＳ ゴシック"/>
          <w:sz w:val="21"/>
          <w:szCs w:val="28"/>
          <w:lang w:eastAsia="ja-JP"/>
        </w:rPr>
      </w:pPr>
      <w:r w:rsidRPr="00A30FB4">
        <w:rPr>
          <w:rFonts w:ascii="ＭＳ ゴシック" w:eastAsia="ＭＳ ゴシック" w:hAnsi="ＭＳ ゴシック" w:hint="eastAsia"/>
          <w:sz w:val="21"/>
          <w:szCs w:val="28"/>
          <w:lang w:eastAsia="ja-JP"/>
        </w:rPr>
        <w:t>・</w:t>
      </w:r>
      <w:r w:rsidR="008C5A87" w:rsidRPr="00A30FB4">
        <w:rPr>
          <w:rFonts w:ascii="ＭＳ ゴシック" w:eastAsia="ＭＳ ゴシック" w:hAnsi="ＭＳ ゴシック"/>
          <w:sz w:val="21"/>
          <w:szCs w:val="28"/>
          <w:lang w:eastAsia="ja-JP"/>
        </w:rPr>
        <w:t>必要事項を記入の上、実施要領に記載する提出期限までに、メールで提出してください。</w:t>
      </w:r>
    </w:p>
    <w:p w14:paraId="0217804F" w14:textId="77777777" w:rsidR="008805CF" w:rsidRPr="00036EC2" w:rsidRDefault="008C5A87" w:rsidP="00036EC2">
      <w:pPr>
        <w:spacing w:beforeLines="100" w:before="240" w:line="340" w:lineRule="exact"/>
        <w:rPr>
          <w:rFonts w:ascii="ＭＳ ゴシック" w:eastAsia="ＭＳ ゴシック" w:hAnsi="ＭＳ ゴシック"/>
        </w:rPr>
      </w:pPr>
      <w:r w:rsidRPr="00036EC2">
        <w:rPr>
          <w:rFonts w:ascii="ＭＳ ゴシック" w:eastAsia="ＭＳ ゴシック" w:hAnsi="ＭＳ ゴシック"/>
          <w:b/>
          <w:sz w:val="21"/>
        </w:rPr>
        <w:t>１．参加者名（団体名、法人名）</w:t>
      </w:r>
    </w:p>
    <w:p w14:paraId="5AA20933" w14:textId="77777777" w:rsidR="008805CF" w:rsidRPr="00A30FB4" w:rsidRDefault="008C5A87" w:rsidP="00036EC2">
      <w:pPr>
        <w:spacing w:after="40" w:line="340" w:lineRule="exact"/>
        <w:ind w:left="113"/>
        <w:rPr>
          <w:rFonts w:ascii="ＭＳ ゴシック" w:eastAsia="ＭＳ ゴシック" w:hAnsi="ＭＳ ゴシック"/>
          <w:sz w:val="21"/>
          <w:szCs w:val="24"/>
          <w:lang w:eastAsia="ja-JP"/>
        </w:rPr>
      </w:pPr>
      <w:r w:rsidRPr="00A30FB4">
        <w:rPr>
          <w:rFonts w:ascii="ＭＳ ゴシック" w:eastAsia="ＭＳ ゴシック" w:hAnsi="ＭＳ ゴシック"/>
          <w:sz w:val="18"/>
          <w:szCs w:val="24"/>
          <w:lang w:eastAsia="ja-JP"/>
        </w:rPr>
        <w:t>※複数の法人によるグループで参加する場合は、代表法人を記載してください。</w:t>
      </w:r>
    </w:p>
    <w:tbl>
      <w:tblPr>
        <w:tblW w:w="0" w:type="auto"/>
        <w:jc w:val="center"/>
        <w:tblLayout w:type="fixed"/>
        <w:tblLook w:val="04A0" w:firstRow="1" w:lastRow="0" w:firstColumn="1" w:lastColumn="0" w:noHBand="0" w:noVBand="1"/>
      </w:tblPr>
      <w:tblGrid>
        <w:gridCol w:w="10206"/>
      </w:tblGrid>
      <w:tr w:rsidR="008805CF" w:rsidRPr="00036EC2" w14:paraId="7F9179A0" w14:textId="77777777" w:rsidTr="00036EC2">
        <w:trPr>
          <w:trHeight w:val="397"/>
          <w:jc w:val="center"/>
        </w:trPr>
        <w:tc>
          <w:tcPr>
            <w:tcW w:w="10206" w:type="dxa"/>
            <w:tcBorders>
              <w:top w:val="single" w:sz="8" w:space="0" w:color="808080"/>
              <w:left w:val="single" w:sz="8" w:space="0" w:color="808080"/>
              <w:bottom w:val="single" w:sz="8" w:space="0" w:color="808080"/>
              <w:right w:val="single" w:sz="8" w:space="0" w:color="808080"/>
            </w:tcBorders>
            <w:vAlign w:val="center"/>
          </w:tcPr>
          <w:p w14:paraId="1547D3B5" w14:textId="77777777" w:rsidR="008805CF" w:rsidRPr="00036EC2" w:rsidRDefault="008805CF" w:rsidP="00036EC2">
            <w:pPr>
              <w:spacing w:line="340" w:lineRule="exact"/>
              <w:jc w:val="both"/>
              <w:rPr>
                <w:rFonts w:ascii="ＭＳ ゴシック" w:eastAsia="ＭＳ ゴシック" w:hAnsi="ＭＳ ゴシック"/>
                <w:lang w:eastAsia="ja-JP"/>
              </w:rPr>
            </w:pPr>
          </w:p>
        </w:tc>
      </w:tr>
    </w:tbl>
    <w:p w14:paraId="0AF3FC25" w14:textId="77777777" w:rsidR="008805CF" w:rsidRPr="00036EC2" w:rsidRDefault="008C5A87" w:rsidP="000E4C3C">
      <w:pPr>
        <w:spacing w:beforeLines="50" w:before="120" w:line="340" w:lineRule="exact"/>
        <w:rPr>
          <w:rFonts w:ascii="ＭＳ ゴシック" w:eastAsia="ＭＳ ゴシック" w:hAnsi="ＭＳ ゴシック"/>
        </w:rPr>
      </w:pPr>
      <w:r w:rsidRPr="00036EC2">
        <w:rPr>
          <w:rFonts w:ascii="ＭＳ ゴシック" w:eastAsia="ＭＳ ゴシック" w:hAnsi="ＭＳ ゴシック"/>
          <w:b/>
          <w:sz w:val="21"/>
        </w:rPr>
        <w:t>２．所在地</w:t>
      </w:r>
    </w:p>
    <w:tbl>
      <w:tblPr>
        <w:tblW w:w="0" w:type="auto"/>
        <w:jc w:val="center"/>
        <w:tblLayout w:type="fixed"/>
        <w:tblLook w:val="04A0" w:firstRow="1" w:lastRow="0" w:firstColumn="1" w:lastColumn="0" w:noHBand="0" w:noVBand="1"/>
      </w:tblPr>
      <w:tblGrid>
        <w:gridCol w:w="10206"/>
      </w:tblGrid>
      <w:tr w:rsidR="008805CF" w:rsidRPr="00A30FB4" w14:paraId="63C6F4DF" w14:textId="77777777" w:rsidTr="00A30FB4">
        <w:trPr>
          <w:trHeight w:val="340"/>
          <w:jc w:val="center"/>
        </w:trPr>
        <w:tc>
          <w:tcPr>
            <w:tcW w:w="10206"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4D1CC539" w14:textId="77777777" w:rsidR="008805CF" w:rsidRPr="00A30FB4" w:rsidRDefault="008C5A87" w:rsidP="00036EC2">
            <w:pPr>
              <w:spacing w:line="340" w:lineRule="exact"/>
              <w:jc w:val="both"/>
              <w:rPr>
                <w:rFonts w:ascii="ＭＳ ゴシック" w:eastAsia="ＭＳ ゴシック" w:hAnsi="ＭＳ ゴシック"/>
                <w:b/>
                <w:bCs/>
                <w:sz w:val="21"/>
                <w:szCs w:val="24"/>
              </w:rPr>
            </w:pPr>
            <w:r w:rsidRPr="00A30FB4">
              <w:rPr>
                <w:rFonts w:ascii="ＭＳ ゴシック" w:eastAsia="ＭＳ ゴシック" w:hAnsi="ＭＳ ゴシック"/>
                <w:b/>
                <w:bCs/>
                <w:sz w:val="21"/>
                <w:szCs w:val="24"/>
              </w:rPr>
              <w:t>〒</w:t>
            </w:r>
          </w:p>
        </w:tc>
      </w:tr>
      <w:tr w:rsidR="008805CF" w:rsidRPr="00036EC2" w14:paraId="1F4DFAC8" w14:textId="77777777" w:rsidTr="00A30FB4">
        <w:trPr>
          <w:trHeight w:val="454"/>
          <w:jc w:val="center"/>
        </w:trPr>
        <w:tc>
          <w:tcPr>
            <w:tcW w:w="10206" w:type="dxa"/>
            <w:tcBorders>
              <w:top w:val="single" w:sz="8" w:space="0" w:color="808080"/>
              <w:left w:val="single" w:sz="8" w:space="0" w:color="808080"/>
              <w:bottom w:val="single" w:sz="8" w:space="0" w:color="808080"/>
              <w:right w:val="single" w:sz="8" w:space="0" w:color="808080"/>
            </w:tcBorders>
            <w:vAlign w:val="center"/>
          </w:tcPr>
          <w:p w14:paraId="62ACEEB1" w14:textId="77777777" w:rsidR="008805CF" w:rsidRPr="00036EC2" w:rsidRDefault="008805CF" w:rsidP="00036EC2">
            <w:pPr>
              <w:spacing w:line="340" w:lineRule="exact"/>
              <w:jc w:val="both"/>
              <w:rPr>
                <w:rFonts w:ascii="ＭＳ ゴシック" w:eastAsia="ＭＳ ゴシック" w:hAnsi="ＭＳ ゴシック"/>
              </w:rPr>
            </w:pPr>
          </w:p>
        </w:tc>
      </w:tr>
    </w:tbl>
    <w:p w14:paraId="0D9A9583" w14:textId="77777777" w:rsidR="008805CF" w:rsidRPr="00036EC2" w:rsidRDefault="008C5A87" w:rsidP="000E4C3C">
      <w:pPr>
        <w:spacing w:beforeLines="50" w:before="120" w:line="340" w:lineRule="exact"/>
        <w:rPr>
          <w:rFonts w:ascii="ＭＳ ゴシック" w:eastAsia="ＭＳ ゴシック" w:hAnsi="ＭＳ ゴシック"/>
        </w:rPr>
      </w:pPr>
      <w:r w:rsidRPr="00036EC2">
        <w:rPr>
          <w:rFonts w:ascii="ＭＳ ゴシック" w:eastAsia="ＭＳ ゴシック" w:hAnsi="ＭＳ ゴシック"/>
          <w:b/>
          <w:sz w:val="21"/>
        </w:rPr>
        <w:t>３．担当者氏名、連絡先</w:t>
      </w:r>
    </w:p>
    <w:tbl>
      <w:tblPr>
        <w:tblW w:w="10206" w:type="dxa"/>
        <w:jc w:val="center"/>
        <w:tblLayout w:type="fixed"/>
        <w:tblLook w:val="04A0" w:firstRow="1" w:lastRow="0" w:firstColumn="1" w:lastColumn="0" w:noHBand="0" w:noVBand="1"/>
      </w:tblPr>
      <w:tblGrid>
        <w:gridCol w:w="1408"/>
        <w:gridCol w:w="8798"/>
      </w:tblGrid>
      <w:tr w:rsidR="008805CF" w:rsidRPr="00036EC2" w14:paraId="5FC4019A" w14:textId="77777777" w:rsidTr="00A30FB4">
        <w:trPr>
          <w:trHeight w:val="16"/>
          <w:jc w:val="center"/>
        </w:trPr>
        <w:tc>
          <w:tcPr>
            <w:tcW w:w="1408" w:type="dxa"/>
            <w:tcBorders>
              <w:top w:val="single" w:sz="8" w:space="0" w:color="808080"/>
              <w:left w:val="single" w:sz="8" w:space="0" w:color="808080"/>
              <w:bottom w:val="single" w:sz="8" w:space="0" w:color="808080"/>
              <w:right w:val="single" w:sz="8" w:space="0" w:color="808080"/>
            </w:tcBorders>
            <w:shd w:val="clear" w:color="auto" w:fill="F2F2F2"/>
            <w:tcMar>
              <w:top w:w="80" w:type="dxa"/>
              <w:left w:w="80" w:type="dxa"/>
              <w:bottom w:w="80" w:type="dxa"/>
              <w:right w:w="80" w:type="dxa"/>
            </w:tcMar>
            <w:vAlign w:val="center"/>
          </w:tcPr>
          <w:p w14:paraId="7E6687AC" w14:textId="77777777" w:rsidR="008805CF" w:rsidRPr="00A30FB4" w:rsidRDefault="008C5A87" w:rsidP="00036EC2">
            <w:pPr>
              <w:spacing w:line="340" w:lineRule="exact"/>
              <w:jc w:val="center"/>
              <w:rPr>
                <w:rFonts w:ascii="ＭＳ ゴシック" w:eastAsia="ＭＳ ゴシック" w:hAnsi="ＭＳ ゴシック"/>
                <w:sz w:val="21"/>
                <w:szCs w:val="28"/>
              </w:rPr>
            </w:pPr>
            <w:r w:rsidRPr="00A30FB4">
              <w:rPr>
                <w:rFonts w:ascii="ＭＳ ゴシック" w:eastAsia="ＭＳ ゴシック" w:hAnsi="ＭＳ ゴシック"/>
                <w:b/>
                <w:sz w:val="21"/>
                <w:szCs w:val="28"/>
              </w:rPr>
              <w:t>氏　名</w:t>
            </w:r>
          </w:p>
        </w:tc>
        <w:tc>
          <w:tcPr>
            <w:tcW w:w="8798" w:type="dxa"/>
            <w:tcBorders>
              <w:top w:val="single" w:sz="8" w:space="0" w:color="808080"/>
              <w:left w:val="single" w:sz="8" w:space="0" w:color="808080"/>
              <w:bottom w:val="single" w:sz="8" w:space="0" w:color="808080"/>
              <w:right w:val="single" w:sz="8" w:space="0" w:color="808080"/>
            </w:tcBorders>
            <w:vAlign w:val="center"/>
          </w:tcPr>
          <w:p w14:paraId="3E6FBD75" w14:textId="77777777" w:rsidR="008805CF" w:rsidRPr="00036EC2" w:rsidRDefault="008805CF" w:rsidP="00036EC2">
            <w:pPr>
              <w:spacing w:line="340" w:lineRule="exact"/>
              <w:jc w:val="both"/>
              <w:rPr>
                <w:rFonts w:ascii="ＭＳ ゴシック" w:eastAsia="ＭＳ ゴシック" w:hAnsi="ＭＳ ゴシック"/>
              </w:rPr>
            </w:pPr>
          </w:p>
        </w:tc>
      </w:tr>
      <w:tr w:rsidR="008805CF" w:rsidRPr="00036EC2" w14:paraId="2AA57A09" w14:textId="77777777" w:rsidTr="00A30FB4">
        <w:trPr>
          <w:trHeight w:val="16"/>
          <w:jc w:val="center"/>
        </w:trPr>
        <w:tc>
          <w:tcPr>
            <w:tcW w:w="1408" w:type="dxa"/>
            <w:tcBorders>
              <w:top w:val="single" w:sz="8" w:space="0" w:color="808080"/>
              <w:left w:val="single" w:sz="8" w:space="0" w:color="808080"/>
              <w:bottom w:val="single" w:sz="8" w:space="0" w:color="808080"/>
              <w:right w:val="single" w:sz="8" w:space="0" w:color="808080"/>
            </w:tcBorders>
            <w:shd w:val="clear" w:color="auto" w:fill="F2F2F2"/>
            <w:tcMar>
              <w:top w:w="80" w:type="dxa"/>
              <w:left w:w="80" w:type="dxa"/>
              <w:bottom w:w="80" w:type="dxa"/>
              <w:right w:w="80" w:type="dxa"/>
            </w:tcMar>
            <w:vAlign w:val="center"/>
          </w:tcPr>
          <w:p w14:paraId="7D7E5173" w14:textId="77777777" w:rsidR="008805CF" w:rsidRPr="00A30FB4" w:rsidRDefault="008C5A87" w:rsidP="00036EC2">
            <w:pPr>
              <w:spacing w:line="340" w:lineRule="exact"/>
              <w:jc w:val="center"/>
              <w:rPr>
                <w:rFonts w:ascii="ＭＳ ゴシック" w:eastAsia="ＭＳ ゴシック" w:hAnsi="ＭＳ ゴシック"/>
                <w:sz w:val="21"/>
                <w:szCs w:val="28"/>
              </w:rPr>
            </w:pPr>
            <w:r w:rsidRPr="00A30FB4">
              <w:rPr>
                <w:rFonts w:ascii="ＭＳ ゴシック" w:eastAsia="ＭＳ ゴシック" w:hAnsi="ＭＳ ゴシック"/>
                <w:b/>
                <w:sz w:val="21"/>
                <w:szCs w:val="28"/>
              </w:rPr>
              <w:t>部　署</w:t>
            </w:r>
          </w:p>
        </w:tc>
        <w:tc>
          <w:tcPr>
            <w:tcW w:w="8798" w:type="dxa"/>
            <w:tcBorders>
              <w:top w:val="single" w:sz="8" w:space="0" w:color="808080"/>
              <w:left w:val="single" w:sz="8" w:space="0" w:color="808080"/>
              <w:bottom w:val="single" w:sz="8" w:space="0" w:color="808080"/>
              <w:right w:val="single" w:sz="8" w:space="0" w:color="808080"/>
            </w:tcBorders>
            <w:vAlign w:val="center"/>
          </w:tcPr>
          <w:p w14:paraId="7207A72E" w14:textId="77777777" w:rsidR="008805CF" w:rsidRPr="00036EC2" w:rsidRDefault="008805CF" w:rsidP="00036EC2">
            <w:pPr>
              <w:spacing w:line="340" w:lineRule="exact"/>
              <w:jc w:val="both"/>
              <w:rPr>
                <w:rFonts w:ascii="ＭＳ ゴシック" w:eastAsia="ＭＳ ゴシック" w:hAnsi="ＭＳ ゴシック"/>
              </w:rPr>
            </w:pPr>
          </w:p>
        </w:tc>
      </w:tr>
      <w:tr w:rsidR="008805CF" w:rsidRPr="00036EC2" w14:paraId="44F0C9DA" w14:textId="77777777" w:rsidTr="00A30FB4">
        <w:trPr>
          <w:trHeight w:val="16"/>
          <w:jc w:val="center"/>
        </w:trPr>
        <w:tc>
          <w:tcPr>
            <w:tcW w:w="1408" w:type="dxa"/>
            <w:tcBorders>
              <w:top w:val="single" w:sz="8" w:space="0" w:color="808080"/>
              <w:left w:val="single" w:sz="8" w:space="0" w:color="808080"/>
              <w:bottom w:val="single" w:sz="8" w:space="0" w:color="808080"/>
              <w:right w:val="single" w:sz="8" w:space="0" w:color="808080"/>
            </w:tcBorders>
            <w:shd w:val="clear" w:color="auto" w:fill="F2F2F2"/>
            <w:tcMar>
              <w:top w:w="80" w:type="dxa"/>
              <w:left w:w="80" w:type="dxa"/>
              <w:bottom w:w="80" w:type="dxa"/>
              <w:right w:w="80" w:type="dxa"/>
            </w:tcMar>
            <w:vAlign w:val="center"/>
          </w:tcPr>
          <w:p w14:paraId="29477B85" w14:textId="77777777" w:rsidR="008805CF" w:rsidRPr="00A30FB4" w:rsidRDefault="008C5A87" w:rsidP="00036EC2">
            <w:pPr>
              <w:spacing w:line="340" w:lineRule="exact"/>
              <w:jc w:val="center"/>
              <w:rPr>
                <w:rFonts w:ascii="ＭＳ ゴシック" w:eastAsia="ＭＳ ゴシック" w:hAnsi="ＭＳ ゴシック"/>
                <w:sz w:val="21"/>
                <w:szCs w:val="28"/>
              </w:rPr>
            </w:pPr>
            <w:r w:rsidRPr="00A30FB4">
              <w:rPr>
                <w:rFonts w:ascii="ＭＳ ゴシック" w:eastAsia="ＭＳ ゴシック" w:hAnsi="ＭＳ ゴシック"/>
                <w:b/>
                <w:sz w:val="21"/>
                <w:szCs w:val="28"/>
              </w:rPr>
              <w:t>役　職</w:t>
            </w:r>
          </w:p>
        </w:tc>
        <w:tc>
          <w:tcPr>
            <w:tcW w:w="8798" w:type="dxa"/>
            <w:tcBorders>
              <w:top w:val="single" w:sz="8" w:space="0" w:color="808080"/>
              <w:left w:val="single" w:sz="8" w:space="0" w:color="808080"/>
              <w:bottom w:val="single" w:sz="8" w:space="0" w:color="808080"/>
              <w:right w:val="single" w:sz="8" w:space="0" w:color="808080"/>
            </w:tcBorders>
            <w:vAlign w:val="center"/>
          </w:tcPr>
          <w:p w14:paraId="365A6566" w14:textId="77777777" w:rsidR="008805CF" w:rsidRPr="00036EC2" w:rsidRDefault="008805CF" w:rsidP="00036EC2">
            <w:pPr>
              <w:spacing w:line="340" w:lineRule="exact"/>
              <w:jc w:val="both"/>
              <w:rPr>
                <w:rFonts w:ascii="ＭＳ ゴシック" w:eastAsia="ＭＳ ゴシック" w:hAnsi="ＭＳ ゴシック"/>
              </w:rPr>
            </w:pPr>
          </w:p>
        </w:tc>
      </w:tr>
      <w:tr w:rsidR="008805CF" w:rsidRPr="00036EC2" w14:paraId="7C394BE6" w14:textId="77777777" w:rsidTr="00A30FB4">
        <w:trPr>
          <w:trHeight w:val="16"/>
          <w:jc w:val="center"/>
        </w:trPr>
        <w:tc>
          <w:tcPr>
            <w:tcW w:w="1408" w:type="dxa"/>
            <w:tcBorders>
              <w:top w:val="single" w:sz="8" w:space="0" w:color="808080"/>
              <w:left w:val="single" w:sz="8" w:space="0" w:color="808080"/>
              <w:bottom w:val="single" w:sz="8" w:space="0" w:color="808080"/>
              <w:right w:val="single" w:sz="8" w:space="0" w:color="808080"/>
            </w:tcBorders>
            <w:shd w:val="clear" w:color="auto" w:fill="F2F2F2"/>
            <w:tcMar>
              <w:top w:w="80" w:type="dxa"/>
              <w:left w:w="80" w:type="dxa"/>
              <w:bottom w:w="80" w:type="dxa"/>
              <w:right w:w="80" w:type="dxa"/>
            </w:tcMar>
            <w:vAlign w:val="center"/>
          </w:tcPr>
          <w:p w14:paraId="647C9B31" w14:textId="77777777" w:rsidR="008805CF" w:rsidRPr="00A30FB4" w:rsidRDefault="008C5A87" w:rsidP="00036EC2">
            <w:pPr>
              <w:spacing w:line="340" w:lineRule="exact"/>
              <w:jc w:val="center"/>
              <w:rPr>
                <w:rFonts w:ascii="ＭＳ ゴシック" w:eastAsia="ＭＳ ゴシック" w:hAnsi="ＭＳ ゴシック"/>
                <w:sz w:val="21"/>
                <w:szCs w:val="28"/>
              </w:rPr>
            </w:pPr>
            <w:r w:rsidRPr="00A30FB4">
              <w:rPr>
                <w:rFonts w:ascii="ＭＳ ゴシック" w:eastAsia="ＭＳ ゴシック" w:hAnsi="ＭＳ ゴシック"/>
                <w:b/>
                <w:sz w:val="21"/>
                <w:szCs w:val="28"/>
              </w:rPr>
              <w:t>電　話</w:t>
            </w:r>
          </w:p>
        </w:tc>
        <w:tc>
          <w:tcPr>
            <w:tcW w:w="8798" w:type="dxa"/>
            <w:tcBorders>
              <w:top w:val="single" w:sz="8" w:space="0" w:color="808080"/>
              <w:left w:val="single" w:sz="8" w:space="0" w:color="808080"/>
              <w:bottom w:val="single" w:sz="8" w:space="0" w:color="808080"/>
              <w:right w:val="single" w:sz="8" w:space="0" w:color="808080"/>
            </w:tcBorders>
            <w:vAlign w:val="center"/>
          </w:tcPr>
          <w:p w14:paraId="1B5A8F54" w14:textId="77777777" w:rsidR="008805CF" w:rsidRPr="00036EC2" w:rsidRDefault="008805CF" w:rsidP="00036EC2">
            <w:pPr>
              <w:spacing w:line="340" w:lineRule="exact"/>
              <w:jc w:val="both"/>
              <w:rPr>
                <w:rFonts w:ascii="ＭＳ ゴシック" w:eastAsia="ＭＳ ゴシック" w:hAnsi="ＭＳ ゴシック"/>
              </w:rPr>
            </w:pPr>
          </w:p>
        </w:tc>
      </w:tr>
      <w:tr w:rsidR="008805CF" w:rsidRPr="00036EC2" w14:paraId="38A114C8" w14:textId="77777777" w:rsidTr="00A30FB4">
        <w:trPr>
          <w:trHeight w:val="16"/>
          <w:jc w:val="center"/>
        </w:trPr>
        <w:tc>
          <w:tcPr>
            <w:tcW w:w="1408" w:type="dxa"/>
            <w:tcBorders>
              <w:top w:val="single" w:sz="8" w:space="0" w:color="808080"/>
              <w:left w:val="single" w:sz="8" w:space="0" w:color="808080"/>
              <w:bottom w:val="single" w:sz="8" w:space="0" w:color="808080"/>
              <w:right w:val="single" w:sz="8" w:space="0" w:color="808080"/>
            </w:tcBorders>
            <w:shd w:val="clear" w:color="auto" w:fill="F2F2F2"/>
            <w:tcMar>
              <w:top w:w="80" w:type="dxa"/>
              <w:left w:w="80" w:type="dxa"/>
              <w:bottom w:w="80" w:type="dxa"/>
              <w:right w:w="80" w:type="dxa"/>
            </w:tcMar>
            <w:vAlign w:val="center"/>
          </w:tcPr>
          <w:p w14:paraId="3D21B436" w14:textId="77777777" w:rsidR="008805CF" w:rsidRPr="00A30FB4" w:rsidRDefault="008C5A87" w:rsidP="00036EC2">
            <w:pPr>
              <w:spacing w:line="340" w:lineRule="exact"/>
              <w:jc w:val="center"/>
              <w:rPr>
                <w:rFonts w:ascii="ＭＳ ゴシック" w:eastAsia="ＭＳ ゴシック" w:hAnsi="ＭＳ ゴシック"/>
                <w:sz w:val="21"/>
                <w:szCs w:val="28"/>
              </w:rPr>
            </w:pPr>
            <w:proofErr w:type="spellStart"/>
            <w:r w:rsidRPr="00A30FB4">
              <w:rPr>
                <w:rFonts w:ascii="ＭＳ ゴシック" w:eastAsia="ＭＳ ゴシック" w:hAnsi="ＭＳ ゴシック"/>
                <w:b/>
                <w:sz w:val="21"/>
                <w:szCs w:val="28"/>
              </w:rPr>
              <w:t>メール</w:t>
            </w:r>
            <w:proofErr w:type="spellEnd"/>
          </w:p>
        </w:tc>
        <w:tc>
          <w:tcPr>
            <w:tcW w:w="8798" w:type="dxa"/>
            <w:tcBorders>
              <w:top w:val="single" w:sz="8" w:space="0" w:color="808080"/>
              <w:left w:val="single" w:sz="8" w:space="0" w:color="808080"/>
              <w:bottom w:val="single" w:sz="8" w:space="0" w:color="808080"/>
              <w:right w:val="single" w:sz="8" w:space="0" w:color="808080"/>
            </w:tcBorders>
            <w:vAlign w:val="center"/>
          </w:tcPr>
          <w:p w14:paraId="510B469F" w14:textId="77777777" w:rsidR="008805CF" w:rsidRPr="00036EC2" w:rsidRDefault="008805CF" w:rsidP="00036EC2">
            <w:pPr>
              <w:spacing w:line="340" w:lineRule="exact"/>
              <w:jc w:val="both"/>
              <w:rPr>
                <w:rFonts w:ascii="ＭＳ ゴシック" w:eastAsia="ＭＳ ゴシック" w:hAnsi="ＭＳ ゴシック"/>
              </w:rPr>
            </w:pPr>
          </w:p>
        </w:tc>
      </w:tr>
    </w:tbl>
    <w:p w14:paraId="16A72063" w14:textId="77777777" w:rsidR="008805CF" w:rsidRPr="00036EC2" w:rsidRDefault="008C5A87" w:rsidP="000E4C3C">
      <w:pPr>
        <w:spacing w:beforeLines="50" w:before="120" w:line="240" w:lineRule="exact"/>
        <w:rPr>
          <w:rFonts w:ascii="ＭＳ ゴシック" w:eastAsia="ＭＳ ゴシック" w:hAnsi="ＭＳ ゴシック"/>
        </w:rPr>
      </w:pPr>
      <w:r w:rsidRPr="00036EC2">
        <w:rPr>
          <w:rFonts w:ascii="ＭＳ ゴシック" w:eastAsia="ＭＳ ゴシック" w:hAnsi="ＭＳ ゴシック"/>
          <w:b/>
          <w:sz w:val="21"/>
        </w:rPr>
        <w:t>４．参加形態等</w:t>
      </w:r>
    </w:p>
    <w:p w14:paraId="249246BD" w14:textId="77777777" w:rsidR="008805CF" w:rsidRPr="00A30FB4" w:rsidRDefault="008C5A87" w:rsidP="000E4C3C">
      <w:pPr>
        <w:spacing w:beforeLines="50" w:before="120" w:line="340" w:lineRule="exact"/>
        <w:rPr>
          <w:rFonts w:ascii="ＭＳ ゴシック" w:eastAsia="ＭＳ ゴシック" w:hAnsi="ＭＳ ゴシック"/>
          <w:sz w:val="21"/>
          <w:szCs w:val="24"/>
        </w:rPr>
      </w:pPr>
      <w:r w:rsidRPr="00A30FB4">
        <w:rPr>
          <w:rFonts w:ascii="ＭＳ ゴシック" w:eastAsia="ＭＳ ゴシック" w:hAnsi="ＭＳ ゴシック"/>
          <w:b/>
          <w:sz w:val="21"/>
          <w:szCs w:val="24"/>
        </w:rPr>
        <w:t>（１）参加形態</w:t>
      </w:r>
    </w:p>
    <w:tbl>
      <w:tblPr>
        <w:tblW w:w="0" w:type="auto"/>
        <w:jc w:val="center"/>
        <w:tblLayout w:type="fixed"/>
        <w:tblLook w:val="04A0" w:firstRow="1" w:lastRow="0" w:firstColumn="1" w:lastColumn="0" w:noHBand="0" w:noVBand="1"/>
      </w:tblPr>
      <w:tblGrid>
        <w:gridCol w:w="10206"/>
      </w:tblGrid>
      <w:tr w:rsidR="008805CF" w:rsidRPr="00A30FB4" w14:paraId="030A3EDA" w14:textId="77777777" w:rsidTr="00036EC2">
        <w:trPr>
          <w:trHeight w:val="397"/>
          <w:jc w:val="center"/>
        </w:trPr>
        <w:tc>
          <w:tcPr>
            <w:tcW w:w="10206"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1AB09329" w14:textId="0A03D1C6" w:rsidR="008805CF" w:rsidRPr="00A30FB4" w:rsidRDefault="00000000" w:rsidP="00036EC2">
            <w:pPr>
              <w:spacing w:line="340" w:lineRule="exact"/>
              <w:jc w:val="both"/>
              <w:rPr>
                <w:rFonts w:ascii="ＭＳ ゴシック" w:eastAsia="ＭＳ ゴシック" w:hAnsi="ＭＳ ゴシック"/>
                <w:sz w:val="21"/>
                <w:szCs w:val="24"/>
                <w:lang w:eastAsia="ja-JP"/>
              </w:rPr>
            </w:pPr>
            <w:sdt>
              <w:sdtPr>
                <w:rPr>
                  <w:rFonts w:ascii="ＭＳ ゴシック" w:eastAsia="ＭＳ ゴシック" w:hAnsi="ＭＳ ゴシック"/>
                  <w:sz w:val="24"/>
                  <w:szCs w:val="32"/>
                  <w:lang w:eastAsia="ja-JP"/>
                </w:rPr>
                <w:id w:val="-1323492306"/>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8C5A87" w:rsidRPr="00A30FB4">
              <w:rPr>
                <w:rFonts w:ascii="ＭＳ ゴシック" w:eastAsia="ＭＳ ゴシック" w:hAnsi="ＭＳ ゴシック"/>
                <w:sz w:val="21"/>
                <w:szCs w:val="24"/>
                <w:lang w:eastAsia="ja-JP"/>
              </w:rPr>
              <w:t xml:space="preserve">　単独法人・団体</w:t>
            </w:r>
          </w:p>
        </w:tc>
      </w:tr>
      <w:tr w:rsidR="008805CF" w:rsidRPr="00A30FB4" w14:paraId="689D8C3B" w14:textId="77777777" w:rsidTr="00036EC2">
        <w:trPr>
          <w:trHeight w:val="397"/>
          <w:jc w:val="center"/>
        </w:trPr>
        <w:tc>
          <w:tcPr>
            <w:tcW w:w="10206"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3B19D217" w14:textId="4445B8D2" w:rsidR="008805CF" w:rsidRPr="00A30FB4" w:rsidRDefault="00000000" w:rsidP="00036EC2">
            <w:pPr>
              <w:spacing w:line="340" w:lineRule="exact"/>
              <w:jc w:val="both"/>
              <w:rPr>
                <w:rFonts w:ascii="ＭＳ ゴシック" w:eastAsia="ＭＳ ゴシック" w:hAnsi="ＭＳ ゴシック"/>
                <w:sz w:val="21"/>
                <w:szCs w:val="24"/>
                <w:lang w:eastAsia="ja-JP"/>
              </w:rPr>
            </w:pPr>
            <w:sdt>
              <w:sdtPr>
                <w:rPr>
                  <w:rFonts w:ascii="ＭＳ ゴシック" w:eastAsia="ＭＳ ゴシック" w:hAnsi="ＭＳ ゴシック"/>
                  <w:sz w:val="24"/>
                  <w:szCs w:val="32"/>
                  <w:lang w:eastAsia="ja-JP"/>
                </w:rPr>
                <w:id w:val="-1930722098"/>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r w:rsidR="008C5A87" w:rsidRPr="00A30FB4">
              <w:rPr>
                <w:rFonts w:ascii="ＭＳ ゴシック" w:eastAsia="ＭＳ ゴシック" w:hAnsi="ＭＳ ゴシック"/>
                <w:sz w:val="21"/>
                <w:szCs w:val="24"/>
                <w:lang w:eastAsia="ja-JP"/>
              </w:rPr>
              <w:t>複数法人によるグループ</w:t>
            </w:r>
          </w:p>
        </w:tc>
      </w:tr>
    </w:tbl>
    <w:p w14:paraId="540C873C" w14:textId="0882FE6A" w:rsidR="00546309" w:rsidRPr="00A30FB4" w:rsidRDefault="00546309" w:rsidP="00546309">
      <w:pPr>
        <w:spacing w:line="0" w:lineRule="atLeast"/>
        <w:jc w:val="both"/>
        <w:rPr>
          <w:rFonts w:ascii="ＭＳ ゴシック" w:eastAsia="ＭＳ ゴシック" w:hAnsi="ＭＳ ゴシック"/>
          <w:sz w:val="18"/>
          <w:szCs w:val="24"/>
          <w:lang w:eastAsia="ja-JP"/>
        </w:rPr>
      </w:pPr>
      <w:r w:rsidRPr="00A30FB4">
        <w:rPr>
          <w:rFonts w:asciiTheme="majorEastAsia" w:eastAsiaTheme="majorEastAsia" w:hAnsiTheme="majorEastAsia"/>
          <w:sz w:val="18"/>
          <w:szCs w:val="24"/>
          <w:lang w:eastAsia="ja-JP"/>
        </w:rPr>
        <w:t>※</w:t>
      </w:r>
      <w:r>
        <w:rPr>
          <w:rFonts w:asciiTheme="majorEastAsia" w:eastAsiaTheme="majorEastAsia" w:hAnsiTheme="majorEastAsia" w:hint="eastAsia"/>
          <w:sz w:val="18"/>
          <w:szCs w:val="24"/>
          <w:lang w:eastAsia="ja-JP"/>
        </w:rPr>
        <w:t>単独法人・団体、複数法人によるグループの</w:t>
      </w:r>
      <w:r w:rsidRPr="00A30FB4">
        <w:rPr>
          <w:rFonts w:asciiTheme="majorEastAsia" w:eastAsiaTheme="majorEastAsia" w:hAnsiTheme="majorEastAsia"/>
          <w:sz w:val="18"/>
          <w:szCs w:val="24"/>
          <w:lang w:eastAsia="ja-JP"/>
        </w:rPr>
        <w:t>いずれかを選択し、該当する</w:t>
      </w:r>
      <w:r w:rsidRPr="00A30FB4">
        <w:rPr>
          <w:rFonts w:asciiTheme="majorEastAsia" w:eastAsiaTheme="majorEastAsia" w:hAnsiTheme="majorEastAsia" w:hint="eastAsia"/>
          <w:sz w:val="18"/>
          <w:szCs w:val="24"/>
          <w:lang w:eastAsia="ja-JP"/>
        </w:rPr>
        <w:t>対話方法</w:t>
      </w:r>
      <w:r w:rsidRPr="00A30FB4">
        <w:rPr>
          <w:rFonts w:ascii="ＭＳ ゴシック" w:eastAsia="ＭＳ ゴシック" w:hAnsi="ＭＳ ゴシック" w:hint="eastAsia"/>
          <w:sz w:val="18"/>
          <w:szCs w:val="24"/>
          <w:lang w:eastAsia="ja-JP"/>
        </w:rPr>
        <w:t>に「☑</w:t>
      </w:r>
      <w:r w:rsidRPr="00A30FB4">
        <w:rPr>
          <w:rFonts w:ascii="ＭＳ ゴシック" w:eastAsia="ＭＳ ゴシック" w:hAnsi="ＭＳ ゴシック"/>
          <w:sz w:val="18"/>
          <w:szCs w:val="24"/>
          <w:lang w:eastAsia="ja-JP"/>
        </w:rPr>
        <w:t>」</w:t>
      </w:r>
      <w:r w:rsidRPr="00A30FB4">
        <w:rPr>
          <w:rFonts w:ascii="ＭＳ ゴシック" w:eastAsia="ＭＳ ゴシック" w:hAnsi="ＭＳ ゴシック" w:hint="eastAsia"/>
          <w:sz w:val="18"/>
          <w:szCs w:val="24"/>
          <w:lang w:eastAsia="ja-JP"/>
        </w:rPr>
        <w:t>を付けて</w:t>
      </w:r>
      <w:r w:rsidRPr="00A30FB4">
        <w:rPr>
          <w:rFonts w:ascii="ＭＳ ゴシック" w:eastAsia="ＭＳ ゴシック" w:hAnsi="ＭＳ ゴシック"/>
          <w:sz w:val="18"/>
          <w:szCs w:val="24"/>
          <w:lang w:eastAsia="ja-JP"/>
        </w:rPr>
        <w:t>ください。</w:t>
      </w:r>
    </w:p>
    <w:p w14:paraId="7F199609" w14:textId="5126CE6C" w:rsidR="008805CF" w:rsidRPr="00A30FB4" w:rsidRDefault="008C5A87" w:rsidP="000E4C3C">
      <w:pPr>
        <w:spacing w:beforeLines="50" w:before="120" w:line="340" w:lineRule="exact"/>
        <w:rPr>
          <w:rFonts w:ascii="ＭＳ ゴシック" w:eastAsia="ＭＳ ゴシック" w:hAnsi="ＭＳ ゴシック"/>
          <w:sz w:val="21"/>
          <w:szCs w:val="24"/>
          <w:lang w:eastAsia="ja-JP"/>
        </w:rPr>
      </w:pPr>
      <w:r w:rsidRPr="00A30FB4">
        <w:rPr>
          <w:rFonts w:ascii="ＭＳ ゴシック" w:eastAsia="ＭＳ ゴシック" w:hAnsi="ＭＳ ゴシック"/>
          <w:b/>
          <w:sz w:val="21"/>
          <w:szCs w:val="24"/>
          <w:lang w:eastAsia="ja-JP"/>
        </w:rPr>
        <w:t>（２）複数法人によるグループで参加する場合の構成員・役割</w:t>
      </w:r>
    </w:p>
    <w:tbl>
      <w:tblPr>
        <w:tblW w:w="0" w:type="auto"/>
        <w:jc w:val="center"/>
        <w:tblLayout w:type="fixed"/>
        <w:tblLook w:val="04A0" w:firstRow="1" w:lastRow="0" w:firstColumn="1" w:lastColumn="0" w:noHBand="0" w:noVBand="1"/>
      </w:tblPr>
      <w:tblGrid>
        <w:gridCol w:w="5103"/>
        <w:gridCol w:w="5103"/>
      </w:tblGrid>
      <w:tr w:rsidR="008805CF" w:rsidRPr="00A30FB4" w14:paraId="02A13591" w14:textId="77777777" w:rsidTr="00546309">
        <w:trPr>
          <w:trHeight w:val="227"/>
          <w:jc w:val="center"/>
        </w:trPr>
        <w:tc>
          <w:tcPr>
            <w:tcW w:w="5103" w:type="dxa"/>
            <w:tcBorders>
              <w:top w:val="single" w:sz="8" w:space="0" w:color="808080"/>
              <w:left w:val="single" w:sz="8" w:space="0" w:color="808080"/>
              <w:bottom w:val="single" w:sz="8" w:space="0" w:color="808080"/>
              <w:right w:val="single" w:sz="8" w:space="0" w:color="808080"/>
            </w:tcBorders>
            <w:shd w:val="clear" w:color="auto" w:fill="F2F2F2" w:themeFill="background1" w:themeFillShade="F2"/>
            <w:tcMar>
              <w:top w:w="80" w:type="dxa"/>
              <w:left w:w="80" w:type="dxa"/>
              <w:bottom w:w="80" w:type="dxa"/>
              <w:right w:w="80" w:type="dxa"/>
            </w:tcMar>
            <w:vAlign w:val="center"/>
          </w:tcPr>
          <w:p w14:paraId="139DD8F9" w14:textId="77777777" w:rsidR="008805CF" w:rsidRPr="00A30FB4" w:rsidRDefault="008C5A87" w:rsidP="000E4C3C">
            <w:pPr>
              <w:spacing w:line="0" w:lineRule="atLeast"/>
              <w:jc w:val="center"/>
              <w:rPr>
                <w:rFonts w:ascii="ＭＳ ゴシック" w:eastAsia="ＭＳ ゴシック" w:hAnsi="ＭＳ ゴシック"/>
                <w:sz w:val="21"/>
                <w:szCs w:val="28"/>
              </w:rPr>
            </w:pPr>
            <w:proofErr w:type="spellStart"/>
            <w:r w:rsidRPr="00A30FB4">
              <w:rPr>
                <w:rFonts w:ascii="ＭＳ ゴシック" w:eastAsia="ＭＳ ゴシック" w:hAnsi="ＭＳ ゴシック"/>
                <w:b/>
                <w:sz w:val="21"/>
                <w:szCs w:val="28"/>
              </w:rPr>
              <w:t>法人名・団体名</w:t>
            </w:r>
            <w:proofErr w:type="spellEnd"/>
          </w:p>
        </w:tc>
        <w:tc>
          <w:tcPr>
            <w:tcW w:w="5103" w:type="dxa"/>
            <w:tcBorders>
              <w:top w:val="single" w:sz="8" w:space="0" w:color="808080"/>
              <w:left w:val="single" w:sz="8" w:space="0" w:color="808080"/>
              <w:bottom w:val="single" w:sz="8" w:space="0" w:color="808080"/>
              <w:right w:val="single" w:sz="8" w:space="0" w:color="808080"/>
            </w:tcBorders>
            <w:shd w:val="clear" w:color="auto" w:fill="F2F2F2" w:themeFill="background1" w:themeFillShade="F2"/>
            <w:tcMar>
              <w:top w:w="80" w:type="dxa"/>
              <w:left w:w="80" w:type="dxa"/>
              <w:bottom w:w="80" w:type="dxa"/>
              <w:right w:w="80" w:type="dxa"/>
            </w:tcMar>
            <w:vAlign w:val="center"/>
          </w:tcPr>
          <w:p w14:paraId="29998C1E" w14:textId="77777777" w:rsidR="008805CF" w:rsidRPr="00A30FB4" w:rsidRDefault="008C5A87" w:rsidP="000E4C3C">
            <w:pPr>
              <w:spacing w:line="0" w:lineRule="atLeast"/>
              <w:jc w:val="center"/>
              <w:rPr>
                <w:rFonts w:ascii="ＭＳ ゴシック" w:eastAsia="ＭＳ ゴシック" w:hAnsi="ＭＳ ゴシック"/>
                <w:sz w:val="21"/>
                <w:szCs w:val="28"/>
              </w:rPr>
            </w:pPr>
            <w:r w:rsidRPr="00A30FB4">
              <w:rPr>
                <w:rFonts w:ascii="ＭＳ ゴシック" w:eastAsia="ＭＳ ゴシック" w:hAnsi="ＭＳ ゴシック"/>
                <w:b/>
                <w:sz w:val="21"/>
                <w:szCs w:val="28"/>
              </w:rPr>
              <w:t>主な役割</w:t>
            </w:r>
          </w:p>
        </w:tc>
      </w:tr>
      <w:tr w:rsidR="008805CF" w:rsidRPr="00A30FB4" w14:paraId="4C957499" w14:textId="77777777" w:rsidTr="00F86047">
        <w:trPr>
          <w:trHeight w:val="16"/>
          <w:jc w:val="center"/>
        </w:trPr>
        <w:tc>
          <w:tcPr>
            <w:tcW w:w="5103"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7D90A6E8" w14:textId="77777777" w:rsidR="008805CF" w:rsidRPr="00A30FB4" w:rsidRDefault="008C5A87" w:rsidP="00546309">
            <w:pPr>
              <w:spacing w:line="320" w:lineRule="exact"/>
              <w:jc w:val="both"/>
              <w:rPr>
                <w:rFonts w:ascii="ＭＳ ゴシック" w:eastAsia="ＭＳ ゴシック" w:hAnsi="ＭＳ ゴシック"/>
                <w:sz w:val="21"/>
                <w:szCs w:val="28"/>
              </w:rPr>
            </w:pPr>
            <w:proofErr w:type="spellStart"/>
            <w:r w:rsidRPr="00A30FB4">
              <w:rPr>
                <w:rFonts w:ascii="ＭＳ ゴシック" w:eastAsia="ＭＳ ゴシック" w:hAnsi="ＭＳ ゴシック"/>
                <w:sz w:val="21"/>
                <w:szCs w:val="28"/>
              </w:rPr>
              <w:t>株式会社</w:t>
            </w:r>
            <w:proofErr w:type="spellEnd"/>
            <w:r w:rsidRPr="00A30FB4">
              <w:rPr>
                <w:rFonts w:ascii="ＭＳ ゴシック" w:eastAsia="ＭＳ ゴシック" w:hAnsi="ＭＳ ゴシック"/>
                <w:sz w:val="21"/>
                <w:szCs w:val="28"/>
              </w:rPr>
              <w:t>○○</w:t>
            </w:r>
          </w:p>
        </w:tc>
        <w:tc>
          <w:tcPr>
            <w:tcW w:w="5103"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31600B12" w14:textId="77777777" w:rsidR="008805CF" w:rsidRPr="00A30FB4" w:rsidRDefault="008C5A87" w:rsidP="00546309">
            <w:pPr>
              <w:spacing w:line="320" w:lineRule="exact"/>
              <w:jc w:val="both"/>
              <w:rPr>
                <w:rFonts w:ascii="ＭＳ ゴシック" w:eastAsia="ＭＳ ゴシック" w:hAnsi="ＭＳ ゴシック"/>
                <w:sz w:val="21"/>
                <w:szCs w:val="28"/>
                <w:lang w:eastAsia="ja-JP"/>
              </w:rPr>
            </w:pPr>
            <w:r w:rsidRPr="00A30FB4">
              <w:rPr>
                <w:rFonts w:ascii="ＭＳ ゴシック" w:eastAsia="ＭＳ ゴシック" w:hAnsi="ＭＳ ゴシック"/>
                <w:sz w:val="21"/>
                <w:szCs w:val="28"/>
                <w:lang w:eastAsia="ja-JP"/>
              </w:rPr>
              <w:t>代表法人、事業全体の統括、施設整備・運営</w:t>
            </w:r>
          </w:p>
        </w:tc>
      </w:tr>
      <w:tr w:rsidR="008805CF" w:rsidRPr="00036EC2" w14:paraId="2C507EDB" w14:textId="77777777" w:rsidTr="00546309">
        <w:trPr>
          <w:trHeight w:val="340"/>
          <w:jc w:val="center"/>
        </w:trPr>
        <w:tc>
          <w:tcPr>
            <w:tcW w:w="5103" w:type="dxa"/>
            <w:tcBorders>
              <w:top w:val="single" w:sz="8" w:space="0" w:color="808080"/>
              <w:left w:val="single" w:sz="8" w:space="0" w:color="808080"/>
              <w:bottom w:val="single" w:sz="8" w:space="0" w:color="808080"/>
              <w:right w:val="single" w:sz="8" w:space="0" w:color="808080"/>
            </w:tcBorders>
            <w:vAlign w:val="center"/>
          </w:tcPr>
          <w:p w14:paraId="1CA7013A" w14:textId="77777777" w:rsidR="008805CF" w:rsidRPr="00036EC2" w:rsidRDefault="008805CF" w:rsidP="00546309">
            <w:pPr>
              <w:spacing w:line="320" w:lineRule="exact"/>
              <w:jc w:val="both"/>
              <w:rPr>
                <w:rFonts w:ascii="ＭＳ ゴシック" w:eastAsia="ＭＳ ゴシック" w:hAnsi="ＭＳ ゴシック"/>
                <w:lang w:eastAsia="ja-JP"/>
              </w:rPr>
            </w:pPr>
          </w:p>
        </w:tc>
        <w:tc>
          <w:tcPr>
            <w:tcW w:w="5103" w:type="dxa"/>
            <w:tcBorders>
              <w:top w:val="single" w:sz="8" w:space="0" w:color="808080"/>
              <w:left w:val="single" w:sz="8" w:space="0" w:color="808080"/>
              <w:bottom w:val="single" w:sz="8" w:space="0" w:color="808080"/>
              <w:right w:val="single" w:sz="8" w:space="0" w:color="808080"/>
            </w:tcBorders>
            <w:vAlign w:val="center"/>
          </w:tcPr>
          <w:p w14:paraId="4DE6DA46" w14:textId="77777777" w:rsidR="008805CF" w:rsidRPr="00036EC2" w:rsidRDefault="008805CF" w:rsidP="00546309">
            <w:pPr>
              <w:spacing w:line="320" w:lineRule="exact"/>
              <w:jc w:val="both"/>
              <w:rPr>
                <w:rFonts w:ascii="ＭＳ ゴシック" w:eastAsia="ＭＳ ゴシック" w:hAnsi="ＭＳ ゴシック"/>
                <w:lang w:eastAsia="ja-JP"/>
              </w:rPr>
            </w:pPr>
          </w:p>
        </w:tc>
      </w:tr>
      <w:tr w:rsidR="008805CF" w:rsidRPr="00036EC2" w14:paraId="346D45C4" w14:textId="77777777" w:rsidTr="00546309">
        <w:trPr>
          <w:trHeight w:val="340"/>
          <w:jc w:val="center"/>
        </w:trPr>
        <w:tc>
          <w:tcPr>
            <w:tcW w:w="5103" w:type="dxa"/>
            <w:tcBorders>
              <w:top w:val="single" w:sz="8" w:space="0" w:color="808080"/>
              <w:left w:val="single" w:sz="8" w:space="0" w:color="808080"/>
              <w:bottom w:val="single" w:sz="8" w:space="0" w:color="808080"/>
              <w:right w:val="single" w:sz="8" w:space="0" w:color="808080"/>
            </w:tcBorders>
            <w:vAlign w:val="center"/>
          </w:tcPr>
          <w:p w14:paraId="271F5FB7" w14:textId="77777777" w:rsidR="008805CF" w:rsidRPr="00036EC2" w:rsidRDefault="008805CF" w:rsidP="00546309">
            <w:pPr>
              <w:spacing w:line="320" w:lineRule="exact"/>
              <w:jc w:val="both"/>
              <w:rPr>
                <w:rFonts w:ascii="ＭＳ ゴシック" w:eastAsia="ＭＳ ゴシック" w:hAnsi="ＭＳ ゴシック"/>
                <w:lang w:eastAsia="ja-JP"/>
              </w:rPr>
            </w:pPr>
          </w:p>
        </w:tc>
        <w:tc>
          <w:tcPr>
            <w:tcW w:w="5103" w:type="dxa"/>
            <w:tcBorders>
              <w:top w:val="single" w:sz="8" w:space="0" w:color="808080"/>
              <w:left w:val="single" w:sz="8" w:space="0" w:color="808080"/>
              <w:bottom w:val="single" w:sz="8" w:space="0" w:color="808080"/>
              <w:right w:val="single" w:sz="8" w:space="0" w:color="808080"/>
            </w:tcBorders>
            <w:vAlign w:val="center"/>
          </w:tcPr>
          <w:p w14:paraId="79A7C63F" w14:textId="77777777" w:rsidR="008805CF" w:rsidRPr="00036EC2" w:rsidRDefault="008805CF" w:rsidP="00546309">
            <w:pPr>
              <w:spacing w:line="320" w:lineRule="exact"/>
              <w:jc w:val="both"/>
              <w:rPr>
                <w:rFonts w:ascii="ＭＳ ゴシック" w:eastAsia="ＭＳ ゴシック" w:hAnsi="ＭＳ ゴシック"/>
                <w:lang w:eastAsia="ja-JP"/>
              </w:rPr>
            </w:pPr>
          </w:p>
        </w:tc>
      </w:tr>
      <w:tr w:rsidR="000E4C3C" w:rsidRPr="00036EC2" w14:paraId="2D704435" w14:textId="77777777" w:rsidTr="00546309">
        <w:trPr>
          <w:trHeight w:val="340"/>
          <w:jc w:val="center"/>
        </w:trPr>
        <w:tc>
          <w:tcPr>
            <w:tcW w:w="5103" w:type="dxa"/>
            <w:tcBorders>
              <w:top w:val="single" w:sz="8" w:space="0" w:color="808080"/>
              <w:left w:val="single" w:sz="8" w:space="0" w:color="808080"/>
              <w:bottom w:val="single" w:sz="8" w:space="0" w:color="808080"/>
              <w:right w:val="single" w:sz="8" w:space="0" w:color="808080"/>
            </w:tcBorders>
            <w:vAlign w:val="center"/>
          </w:tcPr>
          <w:p w14:paraId="09A13E85" w14:textId="77777777" w:rsidR="000E4C3C" w:rsidRPr="00036EC2" w:rsidRDefault="000E4C3C" w:rsidP="00546309">
            <w:pPr>
              <w:spacing w:line="320" w:lineRule="exact"/>
              <w:jc w:val="both"/>
              <w:rPr>
                <w:rFonts w:ascii="ＭＳ ゴシック" w:eastAsia="ＭＳ ゴシック" w:hAnsi="ＭＳ ゴシック"/>
                <w:lang w:eastAsia="ja-JP"/>
              </w:rPr>
            </w:pPr>
          </w:p>
        </w:tc>
        <w:tc>
          <w:tcPr>
            <w:tcW w:w="5103" w:type="dxa"/>
            <w:tcBorders>
              <w:top w:val="single" w:sz="8" w:space="0" w:color="808080"/>
              <w:left w:val="single" w:sz="8" w:space="0" w:color="808080"/>
              <w:bottom w:val="single" w:sz="8" w:space="0" w:color="808080"/>
              <w:right w:val="single" w:sz="8" w:space="0" w:color="808080"/>
            </w:tcBorders>
            <w:vAlign w:val="center"/>
          </w:tcPr>
          <w:p w14:paraId="09E83CC7" w14:textId="77777777" w:rsidR="000E4C3C" w:rsidRPr="00036EC2" w:rsidRDefault="000E4C3C" w:rsidP="00546309">
            <w:pPr>
              <w:spacing w:line="320" w:lineRule="exact"/>
              <w:jc w:val="both"/>
              <w:rPr>
                <w:rFonts w:ascii="ＭＳ ゴシック" w:eastAsia="ＭＳ ゴシック" w:hAnsi="ＭＳ ゴシック"/>
                <w:lang w:eastAsia="ja-JP"/>
              </w:rPr>
            </w:pPr>
          </w:p>
        </w:tc>
      </w:tr>
      <w:tr w:rsidR="000E4C3C" w:rsidRPr="00A30FB4" w14:paraId="285AF8ED" w14:textId="77777777" w:rsidTr="00546309">
        <w:trPr>
          <w:trHeight w:val="340"/>
          <w:jc w:val="center"/>
        </w:trPr>
        <w:tc>
          <w:tcPr>
            <w:tcW w:w="5103" w:type="dxa"/>
            <w:tcBorders>
              <w:top w:val="single" w:sz="8" w:space="0" w:color="808080"/>
              <w:left w:val="single" w:sz="8" w:space="0" w:color="808080"/>
              <w:bottom w:val="single" w:sz="8" w:space="0" w:color="808080"/>
              <w:right w:val="single" w:sz="8" w:space="0" w:color="808080"/>
            </w:tcBorders>
            <w:vAlign w:val="center"/>
          </w:tcPr>
          <w:p w14:paraId="2CAFBC7A" w14:textId="77777777" w:rsidR="000E4C3C" w:rsidRPr="00A30FB4" w:rsidRDefault="000E4C3C" w:rsidP="00546309">
            <w:pPr>
              <w:spacing w:line="320" w:lineRule="exact"/>
              <w:jc w:val="both"/>
              <w:rPr>
                <w:rFonts w:ascii="ＭＳ ゴシック" w:eastAsia="ＭＳ ゴシック" w:hAnsi="ＭＳ ゴシック"/>
                <w:sz w:val="21"/>
                <w:szCs w:val="24"/>
                <w:lang w:eastAsia="ja-JP"/>
              </w:rPr>
            </w:pPr>
          </w:p>
        </w:tc>
        <w:tc>
          <w:tcPr>
            <w:tcW w:w="5103" w:type="dxa"/>
            <w:tcBorders>
              <w:top w:val="single" w:sz="8" w:space="0" w:color="808080"/>
              <w:left w:val="single" w:sz="8" w:space="0" w:color="808080"/>
              <w:bottom w:val="single" w:sz="8" w:space="0" w:color="808080"/>
              <w:right w:val="single" w:sz="8" w:space="0" w:color="808080"/>
            </w:tcBorders>
            <w:vAlign w:val="center"/>
          </w:tcPr>
          <w:p w14:paraId="6CDE5475" w14:textId="77777777" w:rsidR="000E4C3C" w:rsidRPr="00A30FB4" w:rsidRDefault="000E4C3C" w:rsidP="00546309">
            <w:pPr>
              <w:spacing w:line="320" w:lineRule="exact"/>
              <w:jc w:val="both"/>
              <w:rPr>
                <w:rFonts w:ascii="ＭＳ ゴシック" w:eastAsia="ＭＳ ゴシック" w:hAnsi="ＭＳ ゴシック"/>
                <w:sz w:val="21"/>
                <w:szCs w:val="24"/>
                <w:lang w:eastAsia="ja-JP"/>
              </w:rPr>
            </w:pPr>
          </w:p>
        </w:tc>
      </w:tr>
    </w:tbl>
    <w:p w14:paraId="5F1A32D0" w14:textId="50D240E4" w:rsidR="008805CF" w:rsidRDefault="008C5A87" w:rsidP="00036EC2">
      <w:pPr>
        <w:spacing w:after="40" w:line="340" w:lineRule="exact"/>
        <w:ind w:left="113"/>
        <w:rPr>
          <w:rFonts w:ascii="ＭＳ ゴシック" w:eastAsia="ＭＳ ゴシック" w:hAnsi="ＭＳ ゴシック"/>
          <w:sz w:val="18"/>
          <w:szCs w:val="24"/>
          <w:lang w:eastAsia="ja-JP"/>
        </w:rPr>
      </w:pPr>
      <w:r w:rsidRPr="00A30FB4">
        <w:rPr>
          <w:rFonts w:ascii="ＭＳ ゴシック" w:eastAsia="ＭＳ ゴシック" w:hAnsi="ＭＳ ゴシック"/>
          <w:sz w:val="18"/>
          <w:szCs w:val="24"/>
          <w:lang w:eastAsia="ja-JP"/>
        </w:rPr>
        <w:t>※現時点で想定される範囲で記載してください。</w:t>
      </w:r>
      <w:r w:rsidR="00F81E69" w:rsidRPr="00A30FB4">
        <w:rPr>
          <w:rFonts w:ascii="ＭＳ ゴシック" w:eastAsia="ＭＳ ゴシック" w:hAnsi="ＭＳ ゴシック" w:hint="eastAsia"/>
          <w:sz w:val="18"/>
          <w:szCs w:val="24"/>
          <w:lang w:eastAsia="ja-JP"/>
        </w:rPr>
        <w:t>なお、</w:t>
      </w:r>
      <w:r w:rsidR="00602BE0" w:rsidRPr="00A30FB4">
        <w:rPr>
          <w:rFonts w:ascii="ＭＳ ゴシック" w:eastAsia="ＭＳ ゴシック" w:hAnsi="ＭＳ ゴシック" w:hint="eastAsia"/>
          <w:sz w:val="18"/>
          <w:szCs w:val="24"/>
          <w:lang w:eastAsia="ja-JP"/>
        </w:rPr>
        <w:t>行が不足する場合は行を挿入してください。</w:t>
      </w:r>
    </w:p>
    <w:p w14:paraId="0B1C41C3" w14:textId="77777777" w:rsidR="008805CF" w:rsidRPr="00A30FB4" w:rsidRDefault="008C5A87" w:rsidP="000E4C3C">
      <w:pPr>
        <w:spacing w:beforeLines="50" w:before="120" w:line="340" w:lineRule="exact"/>
        <w:rPr>
          <w:rFonts w:ascii="ＭＳ ゴシック" w:eastAsia="ＭＳ ゴシック" w:hAnsi="ＭＳ ゴシック"/>
          <w:sz w:val="21"/>
          <w:szCs w:val="21"/>
          <w:lang w:eastAsia="ja-JP"/>
        </w:rPr>
      </w:pPr>
      <w:r w:rsidRPr="00A30FB4">
        <w:rPr>
          <w:rFonts w:ascii="ＭＳ ゴシック" w:eastAsia="ＭＳ ゴシック" w:hAnsi="ＭＳ ゴシック"/>
          <w:b/>
          <w:sz w:val="21"/>
          <w:szCs w:val="21"/>
          <w:lang w:eastAsia="ja-JP"/>
        </w:rPr>
        <w:t>（３）本調査において関心のある事業方式</w:t>
      </w:r>
    </w:p>
    <w:tbl>
      <w:tblPr>
        <w:tblW w:w="0" w:type="auto"/>
        <w:jc w:val="center"/>
        <w:tblLayout w:type="fixed"/>
        <w:tblLook w:val="04A0" w:firstRow="1" w:lastRow="0" w:firstColumn="1" w:lastColumn="0" w:noHBand="0" w:noVBand="1"/>
      </w:tblPr>
      <w:tblGrid>
        <w:gridCol w:w="3402"/>
        <w:gridCol w:w="3402"/>
        <w:gridCol w:w="3402"/>
      </w:tblGrid>
      <w:tr w:rsidR="008805CF" w:rsidRPr="00A30FB4" w14:paraId="29B79031" w14:textId="77777777" w:rsidTr="00036EC2">
        <w:trPr>
          <w:trHeight w:val="397"/>
          <w:jc w:val="center"/>
        </w:trPr>
        <w:tc>
          <w:tcPr>
            <w:tcW w:w="3402"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56139467" w14:textId="0BEEA00E" w:rsidR="008805CF" w:rsidRPr="00A30FB4" w:rsidRDefault="00000000" w:rsidP="00036EC2">
            <w:pPr>
              <w:spacing w:line="340" w:lineRule="exact"/>
              <w:jc w:val="center"/>
              <w:rPr>
                <w:rFonts w:ascii="ＭＳ ゴシック" w:eastAsia="ＭＳ ゴシック" w:hAnsi="ＭＳ ゴシック"/>
                <w:sz w:val="21"/>
                <w:szCs w:val="21"/>
              </w:rPr>
            </w:pPr>
            <w:sdt>
              <w:sdtPr>
                <w:rPr>
                  <w:rFonts w:ascii="ＭＳ ゴシック" w:eastAsia="ＭＳ ゴシック" w:hAnsi="ＭＳ ゴシック"/>
                  <w:sz w:val="24"/>
                  <w:szCs w:val="32"/>
                  <w:lang w:eastAsia="ja-JP"/>
                </w:rPr>
                <w:id w:val="-279957875"/>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roofErr w:type="spellStart"/>
            <w:r w:rsidR="008C5A87" w:rsidRPr="00A30FB4">
              <w:rPr>
                <w:rFonts w:ascii="ＭＳ ゴシック" w:eastAsia="ＭＳ ゴシック" w:hAnsi="ＭＳ ゴシック"/>
                <w:sz w:val="21"/>
                <w:szCs w:val="21"/>
              </w:rPr>
              <w:t>外部処理委託方式</w:t>
            </w:r>
            <w:proofErr w:type="spellEnd"/>
          </w:p>
        </w:tc>
        <w:tc>
          <w:tcPr>
            <w:tcW w:w="3402"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483126F5" w14:textId="3BF2EE15" w:rsidR="008805CF" w:rsidRPr="00A30FB4" w:rsidRDefault="00000000" w:rsidP="00036EC2">
            <w:pPr>
              <w:spacing w:line="340" w:lineRule="exact"/>
              <w:jc w:val="center"/>
              <w:rPr>
                <w:rFonts w:ascii="ＭＳ ゴシック" w:eastAsia="ＭＳ ゴシック" w:hAnsi="ＭＳ ゴシック"/>
                <w:sz w:val="21"/>
                <w:szCs w:val="21"/>
              </w:rPr>
            </w:pPr>
            <w:sdt>
              <w:sdtPr>
                <w:rPr>
                  <w:rFonts w:ascii="ＭＳ ゴシック" w:eastAsia="ＭＳ ゴシック" w:hAnsi="ＭＳ ゴシック"/>
                  <w:sz w:val="24"/>
                  <w:szCs w:val="32"/>
                  <w:lang w:eastAsia="ja-JP"/>
                </w:rPr>
                <w:id w:val="-527646727"/>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roofErr w:type="spellStart"/>
            <w:r w:rsidR="008C5A87" w:rsidRPr="00A30FB4">
              <w:rPr>
                <w:rFonts w:ascii="ＭＳ ゴシック" w:eastAsia="ＭＳ ゴシック" w:hAnsi="ＭＳ ゴシック"/>
                <w:sz w:val="21"/>
                <w:szCs w:val="21"/>
              </w:rPr>
              <w:t>官民連携方式</w:t>
            </w:r>
            <w:proofErr w:type="spellEnd"/>
          </w:p>
        </w:tc>
        <w:tc>
          <w:tcPr>
            <w:tcW w:w="3402"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20B0624B" w14:textId="215970BE" w:rsidR="008805CF" w:rsidRPr="00A30FB4" w:rsidRDefault="00000000" w:rsidP="00036EC2">
            <w:pPr>
              <w:spacing w:line="340" w:lineRule="exact"/>
              <w:jc w:val="center"/>
              <w:rPr>
                <w:rFonts w:ascii="ＭＳ ゴシック" w:eastAsia="ＭＳ ゴシック" w:hAnsi="ＭＳ ゴシック"/>
                <w:sz w:val="21"/>
                <w:szCs w:val="21"/>
              </w:rPr>
            </w:pPr>
            <w:sdt>
              <w:sdtPr>
                <w:rPr>
                  <w:rFonts w:ascii="ＭＳ ゴシック" w:eastAsia="ＭＳ ゴシック" w:hAnsi="ＭＳ ゴシック"/>
                  <w:sz w:val="24"/>
                  <w:szCs w:val="32"/>
                  <w:lang w:eastAsia="ja-JP"/>
                </w:rPr>
                <w:id w:val="-244338895"/>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roofErr w:type="spellStart"/>
            <w:r w:rsidR="008C5A87" w:rsidRPr="00A30FB4">
              <w:rPr>
                <w:rFonts w:ascii="ＭＳ ゴシック" w:eastAsia="ＭＳ ゴシック" w:hAnsi="ＭＳ ゴシック"/>
                <w:sz w:val="21"/>
                <w:szCs w:val="21"/>
              </w:rPr>
              <w:t>両方式</w:t>
            </w:r>
            <w:proofErr w:type="spellEnd"/>
          </w:p>
        </w:tc>
      </w:tr>
    </w:tbl>
    <w:p w14:paraId="78ED24F3" w14:textId="6847C8DC" w:rsidR="00602BE0" w:rsidRDefault="00602BE0" w:rsidP="00036EC2">
      <w:pPr>
        <w:spacing w:before="100" w:after="40" w:line="340" w:lineRule="exact"/>
        <w:jc w:val="both"/>
        <w:rPr>
          <w:rFonts w:ascii="ＭＳ ゴシック" w:eastAsia="ＭＳ ゴシック" w:hAnsi="ＭＳ ゴシック"/>
          <w:sz w:val="18"/>
          <w:szCs w:val="24"/>
          <w:lang w:eastAsia="ja-JP"/>
        </w:rPr>
      </w:pPr>
      <w:r w:rsidRPr="00A30FB4">
        <w:rPr>
          <w:rFonts w:ascii="ＭＳ ゴシック" w:eastAsia="ＭＳ ゴシック" w:hAnsi="ＭＳ ゴシック"/>
          <w:sz w:val="18"/>
          <w:szCs w:val="24"/>
          <w:lang w:eastAsia="ja-JP"/>
        </w:rPr>
        <w:t>※複数選択可。現時点での意向について、該当する</w:t>
      </w:r>
      <w:r w:rsidRPr="00A30FB4">
        <w:rPr>
          <w:rFonts w:ascii="ＭＳ ゴシック" w:eastAsia="ＭＳ ゴシック" w:hAnsi="ＭＳ ゴシック" w:hint="eastAsia"/>
          <w:sz w:val="18"/>
          <w:szCs w:val="24"/>
          <w:lang w:eastAsia="ja-JP"/>
        </w:rPr>
        <w:t>方式</w:t>
      </w:r>
      <w:r w:rsidR="00F81E69" w:rsidRPr="00A30FB4">
        <w:rPr>
          <w:rFonts w:ascii="ＭＳ ゴシック" w:eastAsia="ＭＳ ゴシック" w:hAnsi="ＭＳ ゴシック" w:hint="eastAsia"/>
          <w:sz w:val="18"/>
          <w:szCs w:val="24"/>
          <w:lang w:eastAsia="ja-JP"/>
        </w:rPr>
        <w:t>に「☑</w:t>
      </w:r>
      <w:r w:rsidRPr="00A30FB4">
        <w:rPr>
          <w:rFonts w:ascii="ＭＳ ゴシック" w:eastAsia="ＭＳ ゴシック" w:hAnsi="ＭＳ ゴシック"/>
          <w:sz w:val="18"/>
          <w:szCs w:val="24"/>
          <w:lang w:eastAsia="ja-JP"/>
        </w:rPr>
        <w:t>」</w:t>
      </w:r>
      <w:r w:rsidR="00F81E69" w:rsidRPr="00A30FB4">
        <w:rPr>
          <w:rFonts w:ascii="ＭＳ ゴシック" w:eastAsia="ＭＳ ゴシック" w:hAnsi="ＭＳ ゴシック" w:hint="eastAsia"/>
          <w:sz w:val="18"/>
          <w:szCs w:val="24"/>
          <w:lang w:eastAsia="ja-JP"/>
        </w:rPr>
        <w:t>を付けて</w:t>
      </w:r>
      <w:r w:rsidRPr="00A30FB4">
        <w:rPr>
          <w:rFonts w:ascii="ＭＳ ゴシック" w:eastAsia="ＭＳ ゴシック" w:hAnsi="ＭＳ ゴシック"/>
          <w:sz w:val="18"/>
          <w:szCs w:val="24"/>
          <w:lang w:eastAsia="ja-JP"/>
        </w:rPr>
        <w:t>ください。</w:t>
      </w:r>
    </w:p>
    <w:p w14:paraId="24F19EB4" w14:textId="77777777" w:rsidR="00FA5B9D" w:rsidRPr="00FA5B9D" w:rsidRDefault="00FA5B9D" w:rsidP="00036EC2">
      <w:pPr>
        <w:spacing w:before="100" w:after="40" w:line="340" w:lineRule="exact"/>
        <w:jc w:val="both"/>
        <w:rPr>
          <w:rFonts w:ascii="ＭＳ ゴシック" w:eastAsia="ＭＳ ゴシック" w:hAnsi="ＭＳ ゴシック"/>
          <w:sz w:val="18"/>
          <w:szCs w:val="24"/>
          <w:lang w:eastAsia="ja-JP"/>
        </w:rPr>
      </w:pPr>
    </w:p>
    <w:p w14:paraId="7E615804" w14:textId="6968EA30" w:rsidR="008805CF" w:rsidRPr="00036EC2" w:rsidRDefault="008C5A87" w:rsidP="00036EC2">
      <w:pPr>
        <w:spacing w:before="100" w:after="40" w:line="340" w:lineRule="exact"/>
        <w:jc w:val="both"/>
        <w:rPr>
          <w:rFonts w:asciiTheme="majorEastAsia" w:eastAsiaTheme="majorEastAsia" w:hAnsiTheme="majorEastAsia"/>
          <w:lang w:eastAsia="ja-JP"/>
        </w:rPr>
      </w:pPr>
      <w:r w:rsidRPr="00036EC2">
        <w:rPr>
          <w:rFonts w:asciiTheme="majorEastAsia" w:eastAsiaTheme="majorEastAsia" w:hAnsiTheme="majorEastAsia"/>
          <w:b/>
          <w:sz w:val="21"/>
          <w:lang w:eastAsia="ja-JP"/>
        </w:rPr>
        <w:t>５．対話の希望日・時間帯</w:t>
      </w:r>
    </w:p>
    <w:tbl>
      <w:tblPr>
        <w:tblW w:w="0" w:type="auto"/>
        <w:jc w:val="center"/>
        <w:tblLayout w:type="fixed"/>
        <w:tblLook w:val="04A0" w:firstRow="1" w:lastRow="0" w:firstColumn="1" w:lastColumn="0" w:noHBand="0" w:noVBand="1"/>
      </w:tblPr>
      <w:tblGrid>
        <w:gridCol w:w="3402"/>
        <w:gridCol w:w="454"/>
        <w:gridCol w:w="1701"/>
        <w:gridCol w:w="454"/>
        <w:gridCol w:w="1701"/>
        <w:gridCol w:w="454"/>
        <w:gridCol w:w="1701"/>
      </w:tblGrid>
      <w:tr w:rsidR="006407FE" w:rsidRPr="00036EC2" w14:paraId="34F18BF8" w14:textId="1A8BBCF2" w:rsidTr="00FA5B9D">
        <w:trPr>
          <w:trHeight w:val="340"/>
          <w:jc w:val="center"/>
        </w:trPr>
        <w:tc>
          <w:tcPr>
            <w:tcW w:w="3402" w:type="dxa"/>
            <w:tcBorders>
              <w:top w:val="single" w:sz="8" w:space="0" w:color="808080"/>
              <w:left w:val="single" w:sz="8" w:space="0" w:color="808080"/>
              <w:bottom w:val="single" w:sz="8" w:space="0" w:color="808080"/>
              <w:right w:val="single" w:sz="4" w:space="0" w:color="auto"/>
            </w:tcBorders>
            <w:tcMar>
              <w:top w:w="80" w:type="dxa"/>
              <w:left w:w="80" w:type="dxa"/>
              <w:bottom w:w="80" w:type="dxa"/>
              <w:right w:w="80" w:type="dxa"/>
            </w:tcMar>
            <w:vAlign w:val="center"/>
          </w:tcPr>
          <w:p w14:paraId="3180CAD1" w14:textId="0DC0D22B" w:rsidR="006407FE" w:rsidRPr="00036EC2" w:rsidRDefault="006407FE" w:rsidP="00FA5B9D">
            <w:pPr>
              <w:spacing w:line="0" w:lineRule="atLeast"/>
              <w:jc w:val="center"/>
              <w:rPr>
                <w:rFonts w:asciiTheme="majorEastAsia" w:eastAsiaTheme="majorEastAsia" w:hAnsiTheme="majorEastAsia"/>
              </w:rPr>
            </w:pPr>
            <w:proofErr w:type="spellStart"/>
            <w:r w:rsidRPr="00036EC2">
              <w:rPr>
                <w:rFonts w:asciiTheme="majorEastAsia" w:eastAsiaTheme="majorEastAsia" w:hAnsiTheme="majorEastAsia"/>
                <w:sz w:val="19"/>
              </w:rPr>
              <w:t>希望</w:t>
            </w:r>
            <w:proofErr w:type="spellEnd"/>
            <w:r w:rsidRPr="00036EC2">
              <w:rPr>
                <w:rFonts w:asciiTheme="majorEastAsia" w:eastAsiaTheme="majorEastAsia" w:hAnsiTheme="majorEastAsia"/>
                <w:sz w:val="19"/>
              </w:rPr>
              <w:t>①　令和８年　　月　　日</w:t>
            </w:r>
          </w:p>
        </w:tc>
        <w:tc>
          <w:tcPr>
            <w:tcW w:w="454" w:type="dxa"/>
            <w:tcBorders>
              <w:top w:val="single" w:sz="8" w:space="0" w:color="808080"/>
              <w:left w:val="single" w:sz="4" w:space="0" w:color="auto"/>
              <w:bottom w:val="single" w:sz="8" w:space="0" w:color="808080"/>
              <w:right w:val="dotted" w:sz="4" w:space="0" w:color="auto"/>
            </w:tcBorders>
            <w:vAlign w:val="center"/>
          </w:tcPr>
          <w:p w14:paraId="57834709" w14:textId="2D71318F"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524084831"/>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4" w:space="0" w:color="auto"/>
            </w:tcBorders>
            <w:vAlign w:val="center"/>
          </w:tcPr>
          <w:p w14:paraId="56DA489E" w14:textId="27CF8F35"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10：00～12：00</w:t>
            </w:r>
          </w:p>
        </w:tc>
        <w:tc>
          <w:tcPr>
            <w:tcW w:w="454" w:type="dxa"/>
            <w:tcBorders>
              <w:top w:val="single" w:sz="8" w:space="0" w:color="808080"/>
              <w:left w:val="single" w:sz="4" w:space="0" w:color="auto"/>
              <w:bottom w:val="single" w:sz="8" w:space="0" w:color="808080"/>
              <w:right w:val="dotted" w:sz="4" w:space="0" w:color="auto"/>
            </w:tcBorders>
            <w:vAlign w:val="center"/>
          </w:tcPr>
          <w:p w14:paraId="7CF3AF6F" w14:textId="417668C4"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698000907"/>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4" w:space="0" w:color="auto"/>
            </w:tcBorders>
            <w:vAlign w:val="center"/>
          </w:tcPr>
          <w:p w14:paraId="5995CC93" w14:textId="7EB5E3B3"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13：00～15：00</w:t>
            </w:r>
          </w:p>
        </w:tc>
        <w:tc>
          <w:tcPr>
            <w:tcW w:w="454" w:type="dxa"/>
            <w:tcBorders>
              <w:top w:val="single" w:sz="8" w:space="0" w:color="808080"/>
              <w:left w:val="single" w:sz="4" w:space="0" w:color="auto"/>
              <w:bottom w:val="single" w:sz="8" w:space="0" w:color="808080"/>
              <w:right w:val="dotted" w:sz="4" w:space="0" w:color="auto"/>
            </w:tcBorders>
            <w:vAlign w:val="center"/>
          </w:tcPr>
          <w:p w14:paraId="20CE0652" w14:textId="11EFB892"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411234490"/>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8" w:space="0" w:color="808080"/>
            </w:tcBorders>
            <w:vAlign w:val="center"/>
          </w:tcPr>
          <w:p w14:paraId="7DDC4AE1" w14:textId="77777777" w:rsidR="006407FE" w:rsidRPr="00036EC2" w:rsidRDefault="006407FE" w:rsidP="00FA5B9D">
            <w:pPr>
              <w:spacing w:line="0" w:lineRule="atLeast"/>
              <w:ind w:left="80"/>
              <w:jc w:val="center"/>
              <w:rPr>
                <w:rFonts w:asciiTheme="majorEastAsia" w:eastAsiaTheme="majorEastAsia" w:hAnsiTheme="majorEastAsia"/>
              </w:rPr>
            </w:pPr>
            <w:r w:rsidRPr="00036EC2">
              <w:rPr>
                <w:rFonts w:asciiTheme="majorEastAsia" w:eastAsiaTheme="majorEastAsia" w:hAnsiTheme="majorEastAsia"/>
                <w:sz w:val="19"/>
              </w:rPr>
              <w:t>15：00～17：00</w:t>
            </w:r>
          </w:p>
        </w:tc>
      </w:tr>
      <w:tr w:rsidR="006407FE" w:rsidRPr="00036EC2" w14:paraId="7FC8A263" w14:textId="475F7994" w:rsidTr="00FA5B9D">
        <w:trPr>
          <w:trHeight w:val="340"/>
          <w:jc w:val="center"/>
        </w:trPr>
        <w:tc>
          <w:tcPr>
            <w:tcW w:w="3402" w:type="dxa"/>
            <w:tcBorders>
              <w:top w:val="single" w:sz="8" w:space="0" w:color="808080"/>
              <w:left w:val="single" w:sz="8" w:space="0" w:color="808080"/>
              <w:bottom w:val="single" w:sz="8" w:space="0" w:color="808080"/>
              <w:right w:val="single" w:sz="4" w:space="0" w:color="auto"/>
            </w:tcBorders>
            <w:tcMar>
              <w:top w:w="80" w:type="dxa"/>
              <w:left w:w="80" w:type="dxa"/>
              <w:bottom w:w="80" w:type="dxa"/>
              <w:right w:w="80" w:type="dxa"/>
            </w:tcMar>
            <w:vAlign w:val="center"/>
          </w:tcPr>
          <w:p w14:paraId="31936CFB" w14:textId="7A430053" w:rsidR="006407FE" w:rsidRPr="00036EC2" w:rsidRDefault="006407FE" w:rsidP="00FA5B9D">
            <w:pPr>
              <w:spacing w:line="0" w:lineRule="atLeast"/>
              <w:jc w:val="center"/>
              <w:rPr>
                <w:rFonts w:asciiTheme="majorEastAsia" w:eastAsiaTheme="majorEastAsia" w:hAnsiTheme="majorEastAsia"/>
              </w:rPr>
            </w:pPr>
            <w:proofErr w:type="spellStart"/>
            <w:r w:rsidRPr="00036EC2">
              <w:rPr>
                <w:rFonts w:asciiTheme="majorEastAsia" w:eastAsiaTheme="majorEastAsia" w:hAnsiTheme="majorEastAsia"/>
                <w:sz w:val="19"/>
              </w:rPr>
              <w:t>希望</w:t>
            </w:r>
            <w:proofErr w:type="spellEnd"/>
            <w:r w:rsidRPr="00036EC2">
              <w:rPr>
                <w:rFonts w:asciiTheme="majorEastAsia" w:eastAsiaTheme="majorEastAsia" w:hAnsiTheme="majorEastAsia"/>
                <w:sz w:val="19"/>
              </w:rPr>
              <w:t>②　令和８年　　月　　日</w:t>
            </w:r>
          </w:p>
        </w:tc>
        <w:tc>
          <w:tcPr>
            <w:tcW w:w="454" w:type="dxa"/>
            <w:tcBorders>
              <w:top w:val="single" w:sz="8" w:space="0" w:color="808080"/>
              <w:left w:val="single" w:sz="4" w:space="0" w:color="auto"/>
              <w:bottom w:val="single" w:sz="8" w:space="0" w:color="808080"/>
              <w:right w:val="dotted" w:sz="4" w:space="0" w:color="auto"/>
            </w:tcBorders>
            <w:vAlign w:val="center"/>
          </w:tcPr>
          <w:p w14:paraId="3AEAFFCE" w14:textId="7AB97D9B"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413291254"/>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4" w:space="0" w:color="auto"/>
            </w:tcBorders>
            <w:vAlign w:val="center"/>
          </w:tcPr>
          <w:p w14:paraId="185B5512" w14:textId="60B5AF08"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10：00～12：00</w:t>
            </w:r>
          </w:p>
        </w:tc>
        <w:tc>
          <w:tcPr>
            <w:tcW w:w="454" w:type="dxa"/>
            <w:tcBorders>
              <w:top w:val="single" w:sz="8" w:space="0" w:color="808080"/>
              <w:left w:val="single" w:sz="4" w:space="0" w:color="auto"/>
              <w:bottom w:val="single" w:sz="8" w:space="0" w:color="808080"/>
              <w:right w:val="dotted" w:sz="4" w:space="0" w:color="auto"/>
            </w:tcBorders>
            <w:vAlign w:val="center"/>
          </w:tcPr>
          <w:p w14:paraId="4F7A916A" w14:textId="5A78E6DC"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817095451"/>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4" w:space="0" w:color="auto"/>
            </w:tcBorders>
            <w:vAlign w:val="center"/>
          </w:tcPr>
          <w:p w14:paraId="778AF905" w14:textId="39FB1C8C"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13：00～15：00</w:t>
            </w:r>
          </w:p>
        </w:tc>
        <w:tc>
          <w:tcPr>
            <w:tcW w:w="454" w:type="dxa"/>
            <w:tcBorders>
              <w:top w:val="single" w:sz="8" w:space="0" w:color="808080"/>
              <w:left w:val="single" w:sz="4" w:space="0" w:color="auto"/>
              <w:bottom w:val="single" w:sz="8" w:space="0" w:color="808080"/>
              <w:right w:val="dotted" w:sz="4" w:space="0" w:color="auto"/>
            </w:tcBorders>
            <w:vAlign w:val="center"/>
          </w:tcPr>
          <w:p w14:paraId="2ECEE318" w14:textId="1290B999"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539585484"/>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8" w:space="0" w:color="808080"/>
            </w:tcBorders>
            <w:vAlign w:val="center"/>
          </w:tcPr>
          <w:p w14:paraId="34C7F111" w14:textId="77777777" w:rsidR="006407FE" w:rsidRPr="00036EC2" w:rsidRDefault="006407FE" w:rsidP="00FA5B9D">
            <w:pPr>
              <w:spacing w:line="0" w:lineRule="atLeast"/>
              <w:ind w:left="80"/>
              <w:jc w:val="center"/>
              <w:rPr>
                <w:rFonts w:asciiTheme="majorEastAsia" w:eastAsiaTheme="majorEastAsia" w:hAnsiTheme="majorEastAsia"/>
              </w:rPr>
            </w:pPr>
            <w:r w:rsidRPr="00036EC2">
              <w:rPr>
                <w:rFonts w:asciiTheme="majorEastAsia" w:eastAsiaTheme="majorEastAsia" w:hAnsiTheme="majorEastAsia"/>
                <w:sz w:val="19"/>
              </w:rPr>
              <w:t>15：00～17：00</w:t>
            </w:r>
          </w:p>
        </w:tc>
      </w:tr>
      <w:tr w:rsidR="006407FE" w:rsidRPr="00036EC2" w14:paraId="64FEB6DB" w14:textId="697E6058" w:rsidTr="00FA5B9D">
        <w:trPr>
          <w:trHeight w:val="340"/>
          <w:jc w:val="center"/>
        </w:trPr>
        <w:tc>
          <w:tcPr>
            <w:tcW w:w="3402" w:type="dxa"/>
            <w:tcBorders>
              <w:top w:val="single" w:sz="8" w:space="0" w:color="808080"/>
              <w:left w:val="single" w:sz="8" w:space="0" w:color="808080"/>
              <w:bottom w:val="single" w:sz="8" w:space="0" w:color="808080"/>
              <w:right w:val="single" w:sz="4" w:space="0" w:color="auto"/>
            </w:tcBorders>
            <w:tcMar>
              <w:top w:w="80" w:type="dxa"/>
              <w:left w:w="80" w:type="dxa"/>
              <w:bottom w:w="80" w:type="dxa"/>
              <w:right w:w="80" w:type="dxa"/>
            </w:tcMar>
            <w:vAlign w:val="center"/>
          </w:tcPr>
          <w:p w14:paraId="4F0A9B90" w14:textId="4FE69A12" w:rsidR="006407FE" w:rsidRPr="00036EC2" w:rsidRDefault="006407FE" w:rsidP="00FA5B9D">
            <w:pPr>
              <w:spacing w:line="0" w:lineRule="atLeast"/>
              <w:jc w:val="center"/>
              <w:rPr>
                <w:rFonts w:asciiTheme="majorEastAsia" w:eastAsiaTheme="majorEastAsia" w:hAnsiTheme="majorEastAsia"/>
              </w:rPr>
            </w:pPr>
            <w:proofErr w:type="spellStart"/>
            <w:r w:rsidRPr="00036EC2">
              <w:rPr>
                <w:rFonts w:asciiTheme="majorEastAsia" w:eastAsiaTheme="majorEastAsia" w:hAnsiTheme="majorEastAsia"/>
                <w:sz w:val="19"/>
              </w:rPr>
              <w:t>希望</w:t>
            </w:r>
            <w:proofErr w:type="spellEnd"/>
            <w:r w:rsidRPr="00036EC2">
              <w:rPr>
                <w:rFonts w:asciiTheme="majorEastAsia" w:eastAsiaTheme="majorEastAsia" w:hAnsiTheme="majorEastAsia"/>
                <w:sz w:val="19"/>
              </w:rPr>
              <w:t>③　令和８年　　月　　日</w:t>
            </w:r>
          </w:p>
        </w:tc>
        <w:tc>
          <w:tcPr>
            <w:tcW w:w="454" w:type="dxa"/>
            <w:tcBorders>
              <w:top w:val="single" w:sz="8" w:space="0" w:color="808080"/>
              <w:left w:val="single" w:sz="4" w:space="0" w:color="auto"/>
              <w:bottom w:val="single" w:sz="8" w:space="0" w:color="808080"/>
              <w:right w:val="dotted" w:sz="4" w:space="0" w:color="auto"/>
            </w:tcBorders>
            <w:vAlign w:val="center"/>
          </w:tcPr>
          <w:p w14:paraId="1B8C1965" w14:textId="7628913A"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665458880"/>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4" w:space="0" w:color="auto"/>
            </w:tcBorders>
            <w:vAlign w:val="center"/>
          </w:tcPr>
          <w:p w14:paraId="12094C50" w14:textId="3508AA63"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10：00～12：00</w:t>
            </w:r>
          </w:p>
        </w:tc>
        <w:tc>
          <w:tcPr>
            <w:tcW w:w="454" w:type="dxa"/>
            <w:tcBorders>
              <w:top w:val="single" w:sz="8" w:space="0" w:color="808080"/>
              <w:left w:val="single" w:sz="4" w:space="0" w:color="auto"/>
              <w:bottom w:val="single" w:sz="8" w:space="0" w:color="808080"/>
              <w:right w:val="dotted" w:sz="4" w:space="0" w:color="auto"/>
            </w:tcBorders>
            <w:vAlign w:val="center"/>
          </w:tcPr>
          <w:p w14:paraId="5426FE1E" w14:textId="449796A6"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907459284"/>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4" w:space="0" w:color="auto"/>
            </w:tcBorders>
            <w:vAlign w:val="center"/>
          </w:tcPr>
          <w:p w14:paraId="67073686" w14:textId="3924CC7C"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13：00～15：00</w:t>
            </w:r>
          </w:p>
        </w:tc>
        <w:tc>
          <w:tcPr>
            <w:tcW w:w="454" w:type="dxa"/>
            <w:tcBorders>
              <w:top w:val="single" w:sz="8" w:space="0" w:color="808080"/>
              <w:left w:val="single" w:sz="4" w:space="0" w:color="auto"/>
              <w:bottom w:val="single" w:sz="8" w:space="0" w:color="808080"/>
              <w:right w:val="dotted" w:sz="4" w:space="0" w:color="auto"/>
            </w:tcBorders>
            <w:vAlign w:val="center"/>
          </w:tcPr>
          <w:p w14:paraId="6DBF839F" w14:textId="0AD85161" w:rsidR="006407FE" w:rsidRPr="00036EC2" w:rsidRDefault="00000000" w:rsidP="00FA5B9D">
            <w:pPr>
              <w:spacing w:line="0" w:lineRule="atLeast"/>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608424057"/>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A30FB4">
              <w:rPr>
                <w:rFonts w:ascii="ＭＳ ゴシック" w:eastAsia="ＭＳ ゴシック" w:hAnsi="ＭＳ ゴシック"/>
                <w:sz w:val="21"/>
                <w:szCs w:val="24"/>
                <w:lang w:eastAsia="ja-JP"/>
              </w:rPr>
              <w:t xml:space="preserve">　</w:t>
            </w:r>
          </w:p>
        </w:tc>
        <w:tc>
          <w:tcPr>
            <w:tcW w:w="1701" w:type="dxa"/>
            <w:tcBorders>
              <w:top w:val="single" w:sz="8" w:space="0" w:color="808080"/>
              <w:left w:val="dotted" w:sz="4" w:space="0" w:color="auto"/>
              <w:bottom w:val="single" w:sz="8" w:space="0" w:color="808080"/>
              <w:right w:val="single" w:sz="8" w:space="0" w:color="808080"/>
            </w:tcBorders>
            <w:vAlign w:val="center"/>
          </w:tcPr>
          <w:p w14:paraId="3042F3A0" w14:textId="77777777" w:rsidR="006407FE" w:rsidRPr="00036EC2" w:rsidRDefault="006407FE" w:rsidP="00FA5B9D">
            <w:pPr>
              <w:spacing w:line="0" w:lineRule="atLeast"/>
              <w:ind w:left="80"/>
              <w:jc w:val="center"/>
              <w:rPr>
                <w:rFonts w:asciiTheme="majorEastAsia" w:eastAsiaTheme="majorEastAsia" w:hAnsiTheme="majorEastAsia"/>
              </w:rPr>
            </w:pPr>
            <w:r w:rsidRPr="00036EC2">
              <w:rPr>
                <w:rFonts w:asciiTheme="majorEastAsia" w:eastAsiaTheme="majorEastAsia" w:hAnsiTheme="majorEastAsia"/>
                <w:sz w:val="19"/>
              </w:rPr>
              <w:t>15：00～17：00</w:t>
            </w:r>
          </w:p>
        </w:tc>
      </w:tr>
    </w:tbl>
    <w:p w14:paraId="6F30E8CA" w14:textId="425F7C80" w:rsidR="006407FE" w:rsidRDefault="006407FE" w:rsidP="006407FE">
      <w:pPr>
        <w:spacing w:line="0" w:lineRule="atLeast"/>
        <w:ind w:firstLineChars="100" w:firstLine="170"/>
        <w:jc w:val="both"/>
        <w:rPr>
          <w:rFonts w:asciiTheme="majorEastAsia" w:eastAsiaTheme="majorEastAsia" w:hAnsiTheme="majorEastAsia"/>
          <w:b/>
          <w:sz w:val="21"/>
          <w:lang w:eastAsia="ja-JP"/>
        </w:rPr>
      </w:pPr>
      <w:r w:rsidRPr="000E4C3C">
        <w:rPr>
          <w:rFonts w:asciiTheme="majorEastAsia" w:eastAsiaTheme="majorEastAsia" w:hAnsiTheme="majorEastAsia"/>
          <w:sz w:val="17"/>
          <w:lang w:eastAsia="ja-JP"/>
        </w:rPr>
        <w:t>※令和8年10月26日</w:t>
      </w:r>
      <w:r>
        <w:rPr>
          <w:rFonts w:asciiTheme="majorEastAsia" w:eastAsiaTheme="majorEastAsia" w:hAnsiTheme="majorEastAsia" w:hint="eastAsia"/>
          <w:sz w:val="17"/>
          <w:lang w:eastAsia="ja-JP"/>
        </w:rPr>
        <w:t>(</w:t>
      </w:r>
      <w:r w:rsidRPr="000E4C3C">
        <w:rPr>
          <w:rFonts w:asciiTheme="majorEastAsia" w:eastAsiaTheme="majorEastAsia" w:hAnsiTheme="majorEastAsia"/>
          <w:sz w:val="17"/>
          <w:lang w:eastAsia="ja-JP"/>
        </w:rPr>
        <w:t>月</w:t>
      </w:r>
      <w:r>
        <w:rPr>
          <w:rFonts w:asciiTheme="majorEastAsia" w:eastAsiaTheme="majorEastAsia" w:hAnsiTheme="majorEastAsia" w:hint="eastAsia"/>
          <w:sz w:val="17"/>
          <w:lang w:eastAsia="ja-JP"/>
        </w:rPr>
        <w:t>)</w:t>
      </w:r>
      <w:r w:rsidRPr="000E4C3C">
        <w:rPr>
          <w:rFonts w:asciiTheme="majorEastAsia" w:eastAsiaTheme="majorEastAsia" w:hAnsiTheme="majorEastAsia"/>
          <w:sz w:val="17"/>
          <w:lang w:eastAsia="ja-JP"/>
        </w:rPr>
        <w:t>から11月6日</w:t>
      </w:r>
      <w:r>
        <w:rPr>
          <w:rFonts w:asciiTheme="majorEastAsia" w:eastAsiaTheme="majorEastAsia" w:hAnsiTheme="majorEastAsia" w:hint="eastAsia"/>
          <w:sz w:val="17"/>
          <w:lang w:eastAsia="ja-JP"/>
        </w:rPr>
        <w:t>(</w:t>
      </w:r>
      <w:r w:rsidRPr="000E4C3C">
        <w:rPr>
          <w:rFonts w:asciiTheme="majorEastAsia" w:eastAsiaTheme="majorEastAsia" w:hAnsiTheme="majorEastAsia"/>
          <w:sz w:val="17"/>
          <w:lang w:eastAsia="ja-JP"/>
        </w:rPr>
        <w:t>金</w:t>
      </w:r>
      <w:r>
        <w:rPr>
          <w:rFonts w:asciiTheme="majorEastAsia" w:eastAsiaTheme="majorEastAsia" w:hAnsiTheme="majorEastAsia" w:hint="eastAsia"/>
          <w:sz w:val="17"/>
          <w:lang w:eastAsia="ja-JP"/>
        </w:rPr>
        <w:t>)</w:t>
      </w:r>
      <w:r w:rsidRPr="000E4C3C">
        <w:rPr>
          <w:rFonts w:asciiTheme="majorEastAsia" w:eastAsiaTheme="majorEastAsia" w:hAnsiTheme="majorEastAsia"/>
          <w:sz w:val="17"/>
          <w:lang w:eastAsia="ja-JP"/>
        </w:rPr>
        <w:t>までの平日のうち、希望する</w:t>
      </w:r>
      <w:r>
        <w:rPr>
          <w:rFonts w:asciiTheme="majorEastAsia" w:eastAsiaTheme="majorEastAsia" w:hAnsiTheme="majorEastAsia" w:hint="eastAsia"/>
          <w:sz w:val="17"/>
          <w:lang w:eastAsia="ja-JP"/>
        </w:rPr>
        <w:t>日の記入と希望する</w:t>
      </w:r>
      <w:r w:rsidRPr="000E4C3C">
        <w:rPr>
          <w:rFonts w:asciiTheme="majorEastAsia" w:eastAsiaTheme="majorEastAsia" w:hAnsiTheme="majorEastAsia"/>
          <w:sz w:val="17"/>
          <w:lang w:eastAsia="ja-JP"/>
        </w:rPr>
        <w:t>時間帯に</w:t>
      </w:r>
      <w:r>
        <w:rPr>
          <w:rFonts w:ascii="ＭＳ ゴシック" w:eastAsia="ＭＳ ゴシック" w:hAnsi="ＭＳ ゴシック" w:hint="eastAsia"/>
          <w:sz w:val="17"/>
          <w:lang w:eastAsia="ja-JP"/>
        </w:rPr>
        <w:t>「</w:t>
      </w:r>
      <w:r w:rsidRPr="00A30FB4">
        <w:rPr>
          <w:rFonts w:ascii="ＭＳ ゴシック" w:eastAsia="ＭＳ ゴシック" w:hAnsi="ＭＳ ゴシック" w:hint="eastAsia"/>
          <w:sz w:val="18"/>
          <w:szCs w:val="24"/>
          <w:lang w:eastAsia="ja-JP"/>
        </w:rPr>
        <w:t>☑</w:t>
      </w:r>
      <w:r w:rsidRPr="00602BE0">
        <w:rPr>
          <w:rFonts w:ascii="ＭＳ ゴシック" w:eastAsia="ＭＳ ゴシック" w:hAnsi="ＭＳ ゴシック"/>
          <w:sz w:val="17"/>
          <w:lang w:eastAsia="ja-JP"/>
        </w:rPr>
        <w:t>」</w:t>
      </w:r>
      <w:r>
        <w:rPr>
          <w:rFonts w:ascii="ＭＳ ゴシック" w:eastAsia="ＭＳ ゴシック" w:hAnsi="ＭＳ ゴシック" w:hint="eastAsia"/>
          <w:sz w:val="17"/>
          <w:lang w:eastAsia="ja-JP"/>
        </w:rPr>
        <w:t>を付けて</w:t>
      </w:r>
      <w:r w:rsidRPr="00602BE0">
        <w:rPr>
          <w:rFonts w:ascii="ＭＳ ゴシック" w:eastAsia="ＭＳ ゴシック" w:hAnsi="ＭＳ ゴシック"/>
          <w:sz w:val="17"/>
          <w:lang w:eastAsia="ja-JP"/>
        </w:rPr>
        <w:t>ください。</w:t>
      </w:r>
    </w:p>
    <w:p w14:paraId="1AB9DDB5" w14:textId="6C36037E" w:rsidR="008805CF" w:rsidRPr="00036EC2" w:rsidRDefault="008C5A87" w:rsidP="00036EC2">
      <w:pPr>
        <w:spacing w:before="100" w:after="40" w:line="360" w:lineRule="exact"/>
        <w:jc w:val="both"/>
        <w:rPr>
          <w:rFonts w:asciiTheme="majorEastAsia" w:eastAsiaTheme="majorEastAsia" w:hAnsiTheme="majorEastAsia"/>
        </w:rPr>
      </w:pPr>
      <w:r w:rsidRPr="00036EC2">
        <w:rPr>
          <w:rFonts w:asciiTheme="majorEastAsia" w:eastAsiaTheme="majorEastAsia" w:hAnsiTheme="majorEastAsia"/>
          <w:b/>
          <w:sz w:val="21"/>
        </w:rPr>
        <w:t>６．対話の方法</w:t>
      </w:r>
    </w:p>
    <w:tbl>
      <w:tblPr>
        <w:tblW w:w="0" w:type="auto"/>
        <w:jc w:val="center"/>
        <w:tblLayout w:type="fixed"/>
        <w:tblLook w:val="04A0" w:firstRow="1" w:lastRow="0" w:firstColumn="1" w:lastColumn="0" w:noHBand="0" w:noVBand="1"/>
      </w:tblPr>
      <w:tblGrid>
        <w:gridCol w:w="10206"/>
      </w:tblGrid>
      <w:tr w:rsidR="008805CF" w:rsidRPr="00A30FB4" w14:paraId="79081454" w14:textId="77777777" w:rsidTr="00FA5B9D">
        <w:trPr>
          <w:trHeight w:val="454"/>
          <w:jc w:val="center"/>
        </w:trPr>
        <w:tc>
          <w:tcPr>
            <w:tcW w:w="10206"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677B1CAD" w14:textId="69567CD2" w:rsidR="008805CF" w:rsidRPr="00A30FB4" w:rsidRDefault="00000000" w:rsidP="00FA5B9D">
            <w:pPr>
              <w:spacing w:line="0" w:lineRule="atLeast"/>
              <w:jc w:val="center"/>
              <w:rPr>
                <w:rFonts w:asciiTheme="majorEastAsia" w:eastAsiaTheme="majorEastAsia" w:hAnsiTheme="majorEastAsia"/>
                <w:sz w:val="21"/>
                <w:szCs w:val="28"/>
                <w:lang w:eastAsia="ja-JP"/>
              </w:rPr>
            </w:pPr>
            <w:sdt>
              <w:sdtPr>
                <w:rPr>
                  <w:rFonts w:ascii="ＭＳ ゴシック" w:eastAsia="ＭＳ ゴシック" w:hAnsi="ＭＳ ゴシック"/>
                  <w:sz w:val="24"/>
                  <w:szCs w:val="32"/>
                  <w:lang w:eastAsia="ja-JP"/>
                </w:rPr>
                <w:id w:val="1446199443"/>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8C5A87" w:rsidRPr="00A30FB4">
              <w:rPr>
                <w:rFonts w:asciiTheme="majorEastAsia" w:eastAsiaTheme="majorEastAsia" w:hAnsiTheme="majorEastAsia"/>
                <w:sz w:val="21"/>
                <w:szCs w:val="28"/>
                <w:lang w:eastAsia="ja-JP"/>
              </w:rPr>
              <w:t xml:space="preserve"> 対面　・　</w:t>
            </w:r>
            <w:sdt>
              <w:sdtPr>
                <w:rPr>
                  <w:rFonts w:ascii="ＭＳ ゴシック" w:eastAsia="ＭＳ ゴシック" w:hAnsi="ＭＳ ゴシック"/>
                  <w:sz w:val="24"/>
                  <w:szCs w:val="32"/>
                  <w:lang w:eastAsia="ja-JP"/>
                </w:rPr>
                <w:id w:val="263890641"/>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8C5A87" w:rsidRPr="00A30FB4">
              <w:rPr>
                <w:rFonts w:asciiTheme="majorEastAsia" w:eastAsiaTheme="majorEastAsia" w:hAnsiTheme="majorEastAsia"/>
                <w:sz w:val="21"/>
                <w:szCs w:val="28"/>
                <w:lang w:eastAsia="ja-JP"/>
              </w:rPr>
              <w:t xml:space="preserve"> Web（ZoomもしくはTeamsの準備をお願いします。）　・　</w:t>
            </w:r>
            <w:sdt>
              <w:sdtPr>
                <w:rPr>
                  <w:rFonts w:ascii="ＭＳ ゴシック" w:eastAsia="ＭＳ ゴシック" w:hAnsi="ＭＳ ゴシック"/>
                  <w:sz w:val="24"/>
                  <w:szCs w:val="32"/>
                  <w:lang w:eastAsia="ja-JP"/>
                </w:rPr>
                <w:id w:val="-633248899"/>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8C5A87" w:rsidRPr="00A30FB4">
              <w:rPr>
                <w:rFonts w:asciiTheme="majorEastAsia" w:eastAsiaTheme="majorEastAsia" w:hAnsiTheme="majorEastAsia"/>
                <w:sz w:val="21"/>
                <w:szCs w:val="28"/>
                <w:lang w:eastAsia="ja-JP"/>
              </w:rPr>
              <w:t xml:space="preserve"> 両方式</w:t>
            </w:r>
          </w:p>
        </w:tc>
      </w:tr>
    </w:tbl>
    <w:p w14:paraId="22ABFC1A" w14:textId="781177C6" w:rsidR="00602BE0" w:rsidRPr="00A30FB4" w:rsidRDefault="008C5A87" w:rsidP="00F81E69">
      <w:pPr>
        <w:spacing w:line="0" w:lineRule="atLeast"/>
        <w:jc w:val="both"/>
        <w:rPr>
          <w:rFonts w:ascii="ＭＳ ゴシック" w:eastAsia="ＭＳ ゴシック" w:hAnsi="ＭＳ ゴシック"/>
          <w:sz w:val="18"/>
          <w:szCs w:val="24"/>
          <w:lang w:eastAsia="ja-JP"/>
        </w:rPr>
      </w:pPr>
      <w:r w:rsidRPr="00A30FB4">
        <w:rPr>
          <w:rFonts w:asciiTheme="majorEastAsia" w:eastAsiaTheme="majorEastAsia" w:hAnsiTheme="majorEastAsia"/>
          <w:sz w:val="18"/>
          <w:szCs w:val="24"/>
          <w:lang w:eastAsia="ja-JP"/>
        </w:rPr>
        <w:t>※</w:t>
      </w:r>
      <w:r w:rsidR="00602BE0" w:rsidRPr="00A30FB4">
        <w:rPr>
          <w:rFonts w:asciiTheme="majorEastAsia" w:eastAsiaTheme="majorEastAsia" w:hAnsiTheme="majorEastAsia"/>
          <w:sz w:val="18"/>
          <w:szCs w:val="24"/>
          <w:lang w:eastAsia="ja-JP"/>
        </w:rPr>
        <w:t>対面・Web</w:t>
      </w:r>
      <w:r w:rsidR="002257F6">
        <w:rPr>
          <w:rFonts w:asciiTheme="majorEastAsia" w:eastAsiaTheme="majorEastAsia" w:hAnsiTheme="majorEastAsia" w:hint="eastAsia"/>
          <w:sz w:val="18"/>
          <w:szCs w:val="24"/>
          <w:lang w:eastAsia="ja-JP"/>
        </w:rPr>
        <w:t>・両方式</w:t>
      </w:r>
      <w:r w:rsidR="00602BE0" w:rsidRPr="00A30FB4">
        <w:rPr>
          <w:rFonts w:asciiTheme="majorEastAsia" w:eastAsiaTheme="majorEastAsia" w:hAnsiTheme="majorEastAsia"/>
          <w:sz w:val="18"/>
          <w:szCs w:val="24"/>
          <w:lang w:eastAsia="ja-JP"/>
        </w:rPr>
        <w:t>のいずれかを選択し、該当する</w:t>
      </w:r>
      <w:r w:rsidR="00602BE0" w:rsidRPr="00A30FB4">
        <w:rPr>
          <w:rFonts w:asciiTheme="majorEastAsia" w:eastAsiaTheme="majorEastAsia" w:hAnsiTheme="majorEastAsia" w:hint="eastAsia"/>
          <w:sz w:val="18"/>
          <w:szCs w:val="24"/>
          <w:lang w:eastAsia="ja-JP"/>
        </w:rPr>
        <w:t>対話方法</w:t>
      </w:r>
      <w:r w:rsidR="00F81E69" w:rsidRPr="00A30FB4">
        <w:rPr>
          <w:rFonts w:ascii="ＭＳ ゴシック" w:eastAsia="ＭＳ ゴシック" w:hAnsi="ＭＳ ゴシック" w:hint="eastAsia"/>
          <w:sz w:val="18"/>
          <w:szCs w:val="24"/>
          <w:lang w:eastAsia="ja-JP"/>
        </w:rPr>
        <w:t>に「☑</w:t>
      </w:r>
      <w:r w:rsidR="00F81E69" w:rsidRPr="00A30FB4">
        <w:rPr>
          <w:rFonts w:ascii="ＭＳ ゴシック" w:eastAsia="ＭＳ ゴシック" w:hAnsi="ＭＳ ゴシック"/>
          <w:sz w:val="18"/>
          <w:szCs w:val="24"/>
          <w:lang w:eastAsia="ja-JP"/>
        </w:rPr>
        <w:t>」</w:t>
      </w:r>
      <w:r w:rsidR="00F81E69" w:rsidRPr="00A30FB4">
        <w:rPr>
          <w:rFonts w:ascii="ＭＳ ゴシック" w:eastAsia="ＭＳ ゴシック" w:hAnsi="ＭＳ ゴシック" w:hint="eastAsia"/>
          <w:sz w:val="18"/>
          <w:szCs w:val="24"/>
          <w:lang w:eastAsia="ja-JP"/>
        </w:rPr>
        <w:t>を付けて</w:t>
      </w:r>
      <w:r w:rsidR="00F81E69" w:rsidRPr="00A30FB4">
        <w:rPr>
          <w:rFonts w:ascii="ＭＳ ゴシック" w:eastAsia="ＭＳ ゴシック" w:hAnsi="ＭＳ ゴシック"/>
          <w:sz w:val="18"/>
          <w:szCs w:val="24"/>
          <w:lang w:eastAsia="ja-JP"/>
        </w:rPr>
        <w:t>ください。</w:t>
      </w:r>
    </w:p>
    <w:p w14:paraId="4600C18B" w14:textId="522281BC" w:rsidR="008805CF" w:rsidRPr="00A30FB4" w:rsidRDefault="008C5A87" w:rsidP="00A30FB4">
      <w:pPr>
        <w:spacing w:line="0" w:lineRule="atLeast"/>
        <w:ind w:left="180" w:hangingChars="100" w:hanging="180"/>
        <w:jc w:val="both"/>
        <w:rPr>
          <w:rFonts w:asciiTheme="majorEastAsia" w:eastAsiaTheme="majorEastAsia" w:hAnsiTheme="majorEastAsia"/>
          <w:sz w:val="21"/>
          <w:szCs w:val="24"/>
          <w:lang w:eastAsia="ja-JP"/>
        </w:rPr>
      </w:pPr>
      <w:r w:rsidRPr="00A30FB4">
        <w:rPr>
          <w:rFonts w:asciiTheme="majorEastAsia" w:eastAsiaTheme="majorEastAsia" w:hAnsiTheme="majorEastAsia"/>
          <w:sz w:val="18"/>
          <w:szCs w:val="24"/>
          <w:lang w:eastAsia="ja-JP"/>
        </w:rPr>
        <w:t>※</w:t>
      </w:r>
      <w:r w:rsidR="00F65C4F" w:rsidRPr="00F65C4F">
        <w:rPr>
          <w:rFonts w:asciiTheme="majorEastAsia" w:eastAsiaTheme="majorEastAsia" w:hAnsiTheme="majorEastAsia"/>
          <w:sz w:val="18"/>
          <w:szCs w:val="24"/>
          <w:lang w:eastAsia="ja-JP"/>
        </w:rPr>
        <w:t>Webでの対話を希望する場合、Web会議システムは本市と参加者で調整の上決定するものとし、参加者側の接続環境等については参加者が準備するものとします。</w:t>
      </w:r>
    </w:p>
    <w:p w14:paraId="260DC20C" w14:textId="77777777" w:rsidR="008805CF" w:rsidRPr="00036EC2" w:rsidRDefault="008C5A87" w:rsidP="00036EC2">
      <w:pPr>
        <w:spacing w:before="100" w:after="40" w:line="360" w:lineRule="exact"/>
        <w:jc w:val="both"/>
        <w:rPr>
          <w:rFonts w:asciiTheme="majorEastAsia" w:eastAsiaTheme="majorEastAsia" w:hAnsiTheme="majorEastAsia"/>
          <w:lang w:eastAsia="ja-JP"/>
        </w:rPr>
      </w:pPr>
      <w:r w:rsidRPr="00036EC2">
        <w:rPr>
          <w:rFonts w:asciiTheme="majorEastAsia" w:eastAsiaTheme="majorEastAsia" w:hAnsiTheme="majorEastAsia"/>
          <w:b/>
          <w:sz w:val="21"/>
          <w:lang w:eastAsia="ja-JP"/>
        </w:rPr>
        <w:t>７．対話の方法、対話に参加する予定の者、部署、役職</w:t>
      </w:r>
    </w:p>
    <w:p w14:paraId="78DA03F3" w14:textId="77777777" w:rsidR="008805CF" w:rsidRPr="00A30FB4" w:rsidRDefault="008C5A87" w:rsidP="00036EC2">
      <w:pPr>
        <w:spacing w:after="40" w:line="360" w:lineRule="exact"/>
        <w:ind w:left="113"/>
        <w:jc w:val="both"/>
        <w:rPr>
          <w:rFonts w:asciiTheme="majorEastAsia" w:eastAsiaTheme="majorEastAsia" w:hAnsiTheme="majorEastAsia"/>
          <w:sz w:val="21"/>
          <w:szCs w:val="24"/>
          <w:lang w:eastAsia="ja-JP"/>
        </w:rPr>
      </w:pPr>
      <w:r w:rsidRPr="00A30FB4">
        <w:rPr>
          <w:rFonts w:asciiTheme="majorEastAsia" w:eastAsiaTheme="majorEastAsia" w:hAnsiTheme="majorEastAsia"/>
          <w:sz w:val="18"/>
          <w:szCs w:val="24"/>
          <w:lang w:eastAsia="ja-JP"/>
        </w:rPr>
        <w:t>※対話に参加する予定の者について、現時点での予定を記載してください。</w:t>
      </w:r>
    </w:p>
    <w:tbl>
      <w:tblPr>
        <w:tblW w:w="10204" w:type="dxa"/>
        <w:jc w:val="center"/>
        <w:tblLayout w:type="fixed"/>
        <w:tblLook w:val="04A0" w:firstRow="1" w:lastRow="0" w:firstColumn="1" w:lastColumn="0" w:noHBand="0" w:noVBand="1"/>
      </w:tblPr>
      <w:tblGrid>
        <w:gridCol w:w="1275"/>
        <w:gridCol w:w="2410"/>
        <w:gridCol w:w="2835"/>
        <w:gridCol w:w="3684"/>
      </w:tblGrid>
      <w:tr w:rsidR="008805CF" w:rsidRPr="00036EC2" w14:paraId="294F00B2" w14:textId="77777777" w:rsidTr="00FA5B9D">
        <w:trPr>
          <w:trHeight w:val="283"/>
          <w:jc w:val="center"/>
        </w:trPr>
        <w:tc>
          <w:tcPr>
            <w:tcW w:w="1275" w:type="dxa"/>
            <w:tcBorders>
              <w:top w:val="single" w:sz="8" w:space="0" w:color="808080"/>
              <w:left w:val="single" w:sz="8" w:space="0" w:color="808080"/>
              <w:bottom w:val="single" w:sz="8" w:space="0" w:color="808080"/>
              <w:right w:val="single" w:sz="8" w:space="0" w:color="808080"/>
            </w:tcBorders>
            <w:shd w:val="clear" w:color="auto" w:fill="F2F2F2" w:themeFill="background1" w:themeFillShade="F2"/>
            <w:tcMar>
              <w:top w:w="80" w:type="dxa"/>
              <w:left w:w="80" w:type="dxa"/>
              <w:bottom w:w="80" w:type="dxa"/>
              <w:right w:w="80" w:type="dxa"/>
            </w:tcMar>
            <w:vAlign w:val="center"/>
          </w:tcPr>
          <w:p w14:paraId="5ED666F4" w14:textId="77777777" w:rsidR="008805CF" w:rsidRPr="00036EC2" w:rsidRDefault="008805CF" w:rsidP="00FA5B9D">
            <w:pPr>
              <w:spacing w:line="0" w:lineRule="atLeast"/>
              <w:jc w:val="center"/>
              <w:rPr>
                <w:rFonts w:asciiTheme="majorEastAsia" w:eastAsiaTheme="majorEastAsia" w:hAnsiTheme="majorEastAsia"/>
                <w:lang w:eastAsia="ja-JP"/>
              </w:rPr>
            </w:pPr>
          </w:p>
        </w:tc>
        <w:tc>
          <w:tcPr>
            <w:tcW w:w="2410" w:type="dxa"/>
            <w:tcBorders>
              <w:top w:val="single" w:sz="8" w:space="0" w:color="808080"/>
              <w:left w:val="single" w:sz="8" w:space="0" w:color="808080"/>
              <w:bottom w:val="single" w:sz="8" w:space="0" w:color="808080"/>
              <w:right w:val="single" w:sz="8" w:space="0" w:color="808080"/>
            </w:tcBorders>
            <w:shd w:val="clear" w:color="auto" w:fill="F2F2F2" w:themeFill="background1" w:themeFillShade="F2"/>
            <w:tcMar>
              <w:top w:w="80" w:type="dxa"/>
              <w:left w:w="80" w:type="dxa"/>
              <w:bottom w:w="80" w:type="dxa"/>
              <w:right w:w="80" w:type="dxa"/>
            </w:tcMar>
            <w:vAlign w:val="center"/>
          </w:tcPr>
          <w:p w14:paraId="62388B36" w14:textId="77777777" w:rsidR="008805CF" w:rsidRPr="00036EC2" w:rsidRDefault="008C5A87" w:rsidP="00FA5B9D">
            <w:pPr>
              <w:spacing w:line="0" w:lineRule="atLeast"/>
              <w:jc w:val="center"/>
              <w:rPr>
                <w:rFonts w:asciiTheme="majorEastAsia" w:eastAsiaTheme="majorEastAsia" w:hAnsiTheme="majorEastAsia"/>
              </w:rPr>
            </w:pPr>
            <w:proofErr w:type="spellStart"/>
            <w:r w:rsidRPr="00036EC2">
              <w:rPr>
                <w:rFonts w:asciiTheme="majorEastAsia" w:eastAsiaTheme="majorEastAsia" w:hAnsiTheme="majorEastAsia"/>
                <w:b/>
                <w:sz w:val="19"/>
              </w:rPr>
              <w:t>参加方法</w:t>
            </w:r>
            <w:proofErr w:type="spellEnd"/>
          </w:p>
        </w:tc>
        <w:tc>
          <w:tcPr>
            <w:tcW w:w="2835" w:type="dxa"/>
            <w:tcBorders>
              <w:top w:val="single" w:sz="8" w:space="0" w:color="808080"/>
              <w:left w:val="single" w:sz="8" w:space="0" w:color="808080"/>
              <w:bottom w:val="single" w:sz="8" w:space="0" w:color="808080"/>
              <w:right w:val="single" w:sz="8" w:space="0" w:color="808080"/>
            </w:tcBorders>
            <w:shd w:val="clear" w:color="auto" w:fill="F2F2F2" w:themeFill="background1" w:themeFillShade="F2"/>
            <w:tcMar>
              <w:top w:w="80" w:type="dxa"/>
              <w:left w:w="80" w:type="dxa"/>
              <w:bottom w:w="80" w:type="dxa"/>
              <w:right w:w="80" w:type="dxa"/>
            </w:tcMar>
            <w:vAlign w:val="center"/>
          </w:tcPr>
          <w:p w14:paraId="2E417806" w14:textId="28E2AC55" w:rsidR="008805CF" w:rsidRPr="00036EC2" w:rsidRDefault="008C5A87"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b/>
                <w:sz w:val="19"/>
              </w:rPr>
              <w:t>氏</w:t>
            </w:r>
            <w:r w:rsidR="00036EC2">
              <w:rPr>
                <w:rFonts w:asciiTheme="majorEastAsia" w:eastAsiaTheme="majorEastAsia" w:hAnsiTheme="majorEastAsia" w:hint="eastAsia"/>
                <w:b/>
                <w:sz w:val="19"/>
                <w:lang w:eastAsia="ja-JP"/>
              </w:rPr>
              <w:t xml:space="preserve">　　　</w:t>
            </w:r>
            <w:r w:rsidRPr="00036EC2">
              <w:rPr>
                <w:rFonts w:asciiTheme="majorEastAsia" w:eastAsiaTheme="majorEastAsia" w:hAnsiTheme="majorEastAsia"/>
                <w:b/>
                <w:sz w:val="19"/>
              </w:rPr>
              <w:t>名</w:t>
            </w:r>
          </w:p>
        </w:tc>
        <w:tc>
          <w:tcPr>
            <w:tcW w:w="3684" w:type="dxa"/>
            <w:tcBorders>
              <w:top w:val="single" w:sz="8" w:space="0" w:color="808080"/>
              <w:left w:val="single" w:sz="8" w:space="0" w:color="808080"/>
              <w:bottom w:val="single" w:sz="8" w:space="0" w:color="808080"/>
              <w:right w:val="single" w:sz="8" w:space="0" w:color="808080"/>
            </w:tcBorders>
            <w:shd w:val="clear" w:color="auto" w:fill="F2F2F2" w:themeFill="background1" w:themeFillShade="F2"/>
            <w:tcMar>
              <w:top w:w="80" w:type="dxa"/>
              <w:left w:w="80" w:type="dxa"/>
              <w:bottom w:w="80" w:type="dxa"/>
              <w:right w:w="80" w:type="dxa"/>
            </w:tcMar>
            <w:vAlign w:val="center"/>
          </w:tcPr>
          <w:p w14:paraId="20A65D1E" w14:textId="77777777" w:rsidR="008805CF" w:rsidRPr="00036EC2" w:rsidRDefault="008C5A87"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b/>
                <w:sz w:val="19"/>
              </w:rPr>
              <w:t>部署・役職</w:t>
            </w:r>
          </w:p>
        </w:tc>
      </w:tr>
      <w:tr w:rsidR="008805CF" w:rsidRPr="00036EC2" w14:paraId="6BB1BB62" w14:textId="77777777" w:rsidTr="00FA5B9D">
        <w:trPr>
          <w:trHeight w:val="340"/>
          <w:jc w:val="center"/>
        </w:trPr>
        <w:tc>
          <w:tcPr>
            <w:tcW w:w="127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56DA7A5D" w14:textId="77777777" w:rsidR="008805CF" w:rsidRPr="00036EC2" w:rsidRDefault="008C5A87"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1人目</w:t>
            </w:r>
          </w:p>
        </w:tc>
        <w:tc>
          <w:tcPr>
            <w:tcW w:w="241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1695297D" w14:textId="7975DF4A" w:rsidR="008805CF" w:rsidRPr="000E4C3C" w:rsidRDefault="00000000" w:rsidP="00FA5B9D">
            <w:pPr>
              <w:pStyle w:val="ae"/>
              <w:spacing w:line="0" w:lineRule="atLeast"/>
              <w:ind w:left="0"/>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439962219"/>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Pr>
                <w:rFonts w:ascii="ＭＳ ゴシック" w:eastAsia="ＭＳ ゴシック" w:hAnsi="ＭＳ ゴシック" w:hint="eastAsia"/>
                <w:sz w:val="24"/>
                <w:szCs w:val="32"/>
                <w:lang w:eastAsia="ja-JP"/>
              </w:rPr>
              <w:t xml:space="preserve"> </w:t>
            </w:r>
            <w:proofErr w:type="spellStart"/>
            <w:r w:rsidR="008C5A87" w:rsidRPr="000E4C3C">
              <w:rPr>
                <w:rFonts w:asciiTheme="majorEastAsia" w:eastAsiaTheme="majorEastAsia" w:hAnsiTheme="majorEastAsia"/>
                <w:sz w:val="19"/>
              </w:rPr>
              <w:t>対面</w:t>
            </w:r>
            <w:proofErr w:type="spellEnd"/>
            <w:r w:rsidR="00036EC2" w:rsidRPr="000E4C3C">
              <w:rPr>
                <w:rFonts w:asciiTheme="majorEastAsia" w:eastAsiaTheme="majorEastAsia" w:hAnsiTheme="majorEastAsia" w:hint="eastAsia"/>
                <w:sz w:val="19"/>
                <w:lang w:eastAsia="ja-JP"/>
              </w:rPr>
              <w:t xml:space="preserve">　</w:t>
            </w:r>
            <w:r w:rsidR="008C5A87" w:rsidRPr="000E4C3C">
              <w:rPr>
                <w:rFonts w:asciiTheme="majorEastAsia" w:eastAsiaTheme="majorEastAsia" w:hAnsiTheme="majorEastAsia"/>
                <w:sz w:val="19"/>
              </w:rPr>
              <w:t>・</w:t>
            </w:r>
            <w:r w:rsidR="00036EC2" w:rsidRPr="000E4C3C">
              <w:rPr>
                <w:rFonts w:asciiTheme="majorEastAsia" w:eastAsiaTheme="majorEastAsia" w:hAnsiTheme="majorEastAsia" w:hint="eastAsia"/>
                <w:sz w:val="19"/>
                <w:lang w:eastAsia="ja-JP"/>
              </w:rPr>
              <w:t xml:space="preserve">　</w:t>
            </w:r>
            <w:sdt>
              <w:sdtPr>
                <w:rPr>
                  <w:rFonts w:ascii="ＭＳ ゴシック" w:eastAsia="ＭＳ ゴシック" w:hAnsi="ＭＳ ゴシック"/>
                  <w:sz w:val="24"/>
                  <w:szCs w:val="32"/>
                  <w:lang w:eastAsia="ja-JP"/>
                </w:rPr>
                <w:id w:val="-986619503"/>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0E4C3C">
              <w:rPr>
                <w:rFonts w:asciiTheme="majorEastAsia" w:eastAsiaTheme="majorEastAsia" w:hAnsiTheme="majorEastAsia" w:hint="eastAsia"/>
                <w:sz w:val="19"/>
                <w:lang w:eastAsia="ja-JP"/>
              </w:rPr>
              <w:t xml:space="preserve"> </w:t>
            </w:r>
            <w:r w:rsidR="008C5A87" w:rsidRPr="000E4C3C">
              <w:rPr>
                <w:rFonts w:asciiTheme="majorEastAsia" w:eastAsiaTheme="majorEastAsia" w:hAnsiTheme="majorEastAsia"/>
                <w:sz w:val="19"/>
              </w:rPr>
              <w:t>Web</w:t>
            </w:r>
          </w:p>
        </w:tc>
        <w:tc>
          <w:tcPr>
            <w:tcW w:w="2835" w:type="dxa"/>
            <w:tcBorders>
              <w:top w:val="single" w:sz="8" w:space="0" w:color="808080"/>
              <w:left w:val="single" w:sz="8" w:space="0" w:color="808080"/>
              <w:bottom w:val="single" w:sz="8" w:space="0" w:color="808080"/>
              <w:right w:val="single" w:sz="8" w:space="0" w:color="808080"/>
            </w:tcBorders>
          </w:tcPr>
          <w:p w14:paraId="736562DE" w14:textId="77777777" w:rsidR="008805CF" w:rsidRPr="00036EC2" w:rsidRDefault="008805CF" w:rsidP="00FA5B9D">
            <w:pPr>
              <w:spacing w:line="0" w:lineRule="atLeast"/>
              <w:jc w:val="both"/>
              <w:rPr>
                <w:rFonts w:asciiTheme="majorEastAsia" w:eastAsiaTheme="majorEastAsia" w:hAnsiTheme="majorEastAsia"/>
              </w:rPr>
            </w:pPr>
          </w:p>
        </w:tc>
        <w:tc>
          <w:tcPr>
            <w:tcW w:w="3684" w:type="dxa"/>
            <w:tcBorders>
              <w:top w:val="single" w:sz="8" w:space="0" w:color="808080"/>
              <w:left w:val="single" w:sz="8" w:space="0" w:color="808080"/>
              <w:bottom w:val="single" w:sz="8" w:space="0" w:color="808080"/>
              <w:right w:val="single" w:sz="8" w:space="0" w:color="808080"/>
            </w:tcBorders>
          </w:tcPr>
          <w:p w14:paraId="138EE346" w14:textId="77777777" w:rsidR="008805CF" w:rsidRPr="00036EC2" w:rsidRDefault="008805CF" w:rsidP="00FA5B9D">
            <w:pPr>
              <w:spacing w:line="0" w:lineRule="atLeast"/>
              <w:jc w:val="both"/>
              <w:rPr>
                <w:rFonts w:asciiTheme="majorEastAsia" w:eastAsiaTheme="majorEastAsia" w:hAnsiTheme="majorEastAsia"/>
              </w:rPr>
            </w:pPr>
          </w:p>
        </w:tc>
      </w:tr>
      <w:tr w:rsidR="006407FE" w:rsidRPr="00036EC2" w14:paraId="1E475ADE" w14:textId="77777777" w:rsidTr="00FA5B9D">
        <w:trPr>
          <w:trHeight w:val="340"/>
          <w:jc w:val="center"/>
        </w:trPr>
        <w:tc>
          <w:tcPr>
            <w:tcW w:w="127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1C6E9F55" w14:textId="77777777"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2人目</w:t>
            </w:r>
          </w:p>
        </w:tc>
        <w:tc>
          <w:tcPr>
            <w:tcW w:w="241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5AE335C0" w14:textId="01B56AEC" w:rsidR="006407FE" w:rsidRPr="000E4C3C" w:rsidRDefault="00000000" w:rsidP="00FA5B9D">
            <w:pPr>
              <w:pStyle w:val="ae"/>
              <w:spacing w:line="0" w:lineRule="atLeast"/>
              <w:ind w:left="0"/>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633485680"/>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ＭＳ ゴシック" w:eastAsia="ＭＳ ゴシック" w:hAnsi="ＭＳ ゴシック" w:hint="eastAsia"/>
                <w:sz w:val="24"/>
                <w:szCs w:val="32"/>
                <w:lang w:eastAsia="ja-JP"/>
              </w:rPr>
              <w:t xml:space="preserve"> </w:t>
            </w:r>
            <w:proofErr w:type="spellStart"/>
            <w:r w:rsidR="006407FE" w:rsidRPr="008B17DC">
              <w:rPr>
                <w:rFonts w:asciiTheme="majorEastAsia" w:eastAsiaTheme="majorEastAsia" w:hAnsiTheme="majorEastAsia"/>
                <w:sz w:val="19"/>
              </w:rPr>
              <w:t>対面</w:t>
            </w:r>
            <w:proofErr w:type="spellEnd"/>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t>
            </w:r>
            <w:r w:rsidR="006407FE" w:rsidRPr="008B17DC">
              <w:rPr>
                <w:rFonts w:asciiTheme="majorEastAsia" w:eastAsiaTheme="majorEastAsia" w:hAnsiTheme="majorEastAsia" w:hint="eastAsia"/>
                <w:sz w:val="19"/>
                <w:lang w:eastAsia="ja-JP"/>
              </w:rPr>
              <w:t xml:space="preserve">　</w:t>
            </w:r>
            <w:sdt>
              <w:sdtPr>
                <w:rPr>
                  <w:rFonts w:ascii="ＭＳ ゴシック" w:eastAsia="ＭＳ ゴシック" w:hAnsi="ＭＳ ゴシック"/>
                  <w:sz w:val="24"/>
                  <w:szCs w:val="32"/>
                  <w:lang w:eastAsia="ja-JP"/>
                </w:rPr>
                <w:id w:val="-675650568"/>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Web</w:t>
            </w:r>
          </w:p>
        </w:tc>
        <w:tc>
          <w:tcPr>
            <w:tcW w:w="2835" w:type="dxa"/>
            <w:tcBorders>
              <w:top w:val="single" w:sz="8" w:space="0" w:color="808080"/>
              <w:left w:val="single" w:sz="8" w:space="0" w:color="808080"/>
              <w:bottom w:val="single" w:sz="8" w:space="0" w:color="808080"/>
              <w:right w:val="single" w:sz="8" w:space="0" w:color="808080"/>
            </w:tcBorders>
          </w:tcPr>
          <w:p w14:paraId="5991F797" w14:textId="77777777" w:rsidR="006407FE" w:rsidRPr="00036EC2" w:rsidRDefault="006407FE" w:rsidP="00FA5B9D">
            <w:pPr>
              <w:spacing w:line="0" w:lineRule="atLeast"/>
              <w:jc w:val="both"/>
              <w:rPr>
                <w:rFonts w:asciiTheme="majorEastAsia" w:eastAsiaTheme="majorEastAsia" w:hAnsiTheme="majorEastAsia"/>
              </w:rPr>
            </w:pPr>
          </w:p>
        </w:tc>
        <w:tc>
          <w:tcPr>
            <w:tcW w:w="3684" w:type="dxa"/>
            <w:tcBorders>
              <w:top w:val="single" w:sz="8" w:space="0" w:color="808080"/>
              <w:left w:val="single" w:sz="8" w:space="0" w:color="808080"/>
              <w:bottom w:val="single" w:sz="8" w:space="0" w:color="808080"/>
              <w:right w:val="single" w:sz="8" w:space="0" w:color="808080"/>
            </w:tcBorders>
          </w:tcPr>
          <w:p w14:paraId="4FD44AD3" w14:textId="77777777" w:rsidR="006407FE" w:rsidRPr="00036EC2" w:rsidRDefault="006407FE" w:rsidP="00FA5B9D">
            <w:pPr>
              <w:spacing w:line="0" w:lineRule="atLeast"/>
              <w:jc w:val="both"/>
              <w:rPr>
                <w:rFonts w:asciiTheme="majorEastAsia" w:eastAsiaTheme="majorEastAsia" w:hAnsiTheme="majorEastAsia"/>
              </w:rPr>
            </w:pPr>
          </w:p>
        </w:tc>
      </w:tr>
      <w:tr w:rsidR="006407FE" w:rsidRPr="00036EC2" w14:paraId="3585720F" w14:textId="77777777" w:rsidTr="00FA5B9D">
        <w:trPr>
          <w:trHeight w:val="340"/>
          <w:jc w:val="center"/>
        </w:trPr>
        <w:tc>
          <w:tcPr>
            <w:tcW w:w="127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3275C4CD" w14:textId="77777777"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3人目</w:t>
            </w:r>
          </w:p>
        </w:tc>
        <w:tc>
          <w:tcPr>
            <w:tcW w:w="241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6B0BB141" w14:textId="5B43A436" w:rsidR="006407FE" w:rsidRPr="000E4C3C" w:rsidRDefault="00000000" w:rsidP="00FA5B9D">
            <w:pPr>
              <w:pStyle w:val="ae"/>
              <w:spacing w:line="0" w:lineRule="atLeast"/>
              <w:ind w:left="0"/>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93303294"/>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ＭＳ ゴシック" w:eastAsia="ＭＳ ゴシック" w:hAnsi="ＭＳ ゴシック" w:hint="eastAsia"/>
                <w:sz w:val="24"/>
                <w:szCs w:val="32"/>
                <w:lang w:eastAsia="ja-JP"/>
              </w:rPr>
              <w:t xml:space="preserve"> </w:t>
            </w:r>
            <w:proofErr w:type="spellStart"/>
            <w:r w:rsidR="006407FE" w:rsidRPr="008B17DC">
              <w:rPr>
                <w:rFonts w:asciiTheme="majorEastAsia" w:eastAsiaTheme="majorEastAsia" w:hAnsiTheme="majorEastAsia"/>
                <w:sz w:val="19"/>
              </w:rPr>
              <w:t>対面</w:t>
            </w:r>
            <w:proofErr w:type="spellEnd"/>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t>
            </w:r>
            <w:r w:rsidR="006407FE" w:rsidRPr="008B17DC">
              <w:rPr>
                <w:rFonts w:asciiTheme="majorEastAsia" w:eastAsiaTheme="majorEastAsia" w:hAnsiTheme="majorEastAsia" w:hint="eastAsia"/>
                <w:sz w:val="19"/>
                <w:lang w:eastAsia="ja-JP"/>
              </w:rPr>
              <w:t xml:space="preserve">　</w:t>
            </w:r>
            <w:sdt>
              <w:sdtPr>
                <w:rPr>
                  <w:rFonts w:ascii="ＭＳ ゴシック" w:eastAsia="ＭＳ ゴシック" w:hAnsi="ＭＳ ゴシック"/>
                  <w:sz w:val="24"/>
                  <w:szCs w:val="32"/>
                  <w:lang w:eastAsia="ja-JP"/>
                </w:rPr>
                <w:id w:val="1180860438"/>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Web</w:t>
            </w:r>
          </w:p>
        </w:tc>
        <w:tc>
          <w:tcPr>
            <w:tcW w:w="2835" w:type="dxa"/>
            <w:tcBorders>
              <w:top w:val="single" w:sz="8" w:space="0" w:color="808080"/>
              <w:left w:val="single" w:sz="8" w:space="0" w:color="808080"/>
              <w:bottom w:val="single" w:sz="8" w:space="0" w:color="808080"/>
              <w:right w:val="single" w:sz="8" w:space="0" w:color="808080"/>
            </w:tcBorders>
          </w:tcPr>
          <w:p w14:paraId="3A9C0113" w14:textId="77777777" w:rsidR="006407FE" w:rsidRPr="00036EC2" w:rsidRDefault="006407FE" w:rsidP="00FA5B9D">
            <w:pPr>
              <w:spacing w:line="0" w:lineRule="atLeast"/>
              <w:jc w:val="both"/>
              <w:rPr>
                <w:rFonts w:asciiTheme="majorEastAsia" w:eastAsiaTheme="majorEastAsia" w:hAnsiTheme="majorEastAsia"/>
              </w:rPr>
            </w:pPr>
          </w:p>
        </w:tc>
        <w:tc>
          <w:tcPr>
            <w:tcW w:w="3684" w:type="dxa"/>
            <w:tcBorders>
              <w:top w:val="single" w:sz="8" w:space="0" w:color="808080"/>
              <w:left w:val="single" w:sz="8" w:space="0" w:color="808080"/>
              <w:bottom w:val="single" w:sz="8" w:space="0" w:color="808080"/>
              <w:right w:val="single" w:sz="8" w:space="0" w:color="808080"/>
            </w:tcBorders>
          </w:tcPr>
          <w:p w14:paraId="0DE2167D" w14:textId="77777777" w:rsidR="006407FE" w:rsidRPr="00036EC2" w:rsidRDefault="006407FE" w:rsidP="00FA5B9D">
            <w:pPr>
              <w:spacing w:line="0" w:lineRule="atLeast"/>
              <w:jc w:val="both"/>
              <w:rPr>
                <w:rFonts w:asciiTheme="majorEastAsia" w:eastAsiaTheme="majorEastAsia" w:hAnsiTheme="majorEastAsia"/>
              </w:rPr>
            </w:pPr>
          </w:p>
        </w:tc>
      </w:tr>
      <w:tr w:rsidR="006407FE" w:rsidRPr="00036EC2" w14:paraId="0EB27FB4" w14:textId="77777777" w:rsidTr="00FA5B9D">
        <w:trPr>
          <w:trHeight w:val="340"/>
          <w:jc w:val="center"/>
        </w:trPr>
        <w:tc>
          <w:tcPr>
            <w:tcW w:w="127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5B756936" w14:textId="77777777"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4人目</w:t>
            </w:r>
          </w:p>
        </w:tc>
        <w:tc>
          <w:tcPr>
            <w:tcW w:w="241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42522C8F" w14:textId="28CF1129" w:rsidR="006407FE" w:rsidRPr="000E4C3C" w:rsidRDefault="00000000" w:rsidP="00FA5B9D">
            <w:pPr>
              <w:pStyle w:val="ae"/>
              <w:spacing w:line="0" w:lineRule="atLeast"/>
              <w:ind w:left="0"/>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1208069197"/>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ＭＳ ゴシック" w:eastAsia="ＭＳ ゴシック" w:hAnsi="ＭＳ ゴシック" w:hint="eastAsia"/>
                <w:sz w:val="24"/>
                <w:szCs w:val="32"/>
                <w:lang w:eastAsia="ja-JP"/>
              </w:rPr>
              <w:t xml:space="preserve"> </w:t>
            </w:r>
            <w:proofErr w:type="spellStart"/>
            <w:r w:rsidR="006407FE" w:rsidRPr="008B17DC">
              <w:rPr>
                <w:rFonts w:asciiTheme="majorEastAsia" w:eastAsiaTheme="majorEastAsia" w:hAnsiTheme="majorEastAsia"/>
                <w:sz w:val="19"/>
              </w:rPr>
              <w:t>対面</w:t>
            </w:r>
            <w:proofErr w:type="spellEnd"/>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t>
            </w:r>
            <w:r w:rsidR="006407FE" w:rsidRPr="008B17DC">
              <w:rPr>
                <w:rFonts w:asciiTheme="majorEastAsia" w:eastAsiaTheme="majorEastAsia" w:hAnsiTheme="majorEastAsia" w:hint="eastAsia"/>
                <w:sz w:val="19"/>
                <w:lang w:eastAsia="ja-JP"/>
              </w:rPr>
              <w:t xml:space="preserve">　</w:t>
            </w:r>
            <w:sdt>
              <w:sdtPr>
                <w:rPr>
                  <w:rFonts w:ascii="ＭＳ ゴシック" w:eastAsia="ＭＳ ゴシック" w:hAnsi="ＭＳ ゴシック"/>
                  <w:sz w:val="24"/>
                  <w:szCs w:val="32"/>
                  <w:lang w:eastAsia="ja-JP"/>
                </w:rPr>
                <w:id w:val="2037764327"/>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Web</w:t>
            </w:r>
          </w:p>
        </w:tc>
        <w:tc>
          <w:tcPr>
            <w:tcW w:w="2835" w:type="dxa"/>
            <w:tcBorders>
              <w:top w:val="single" w:sz="8" w:space="0" w:color="808080"/>
              <w:left w:val="single" w:sz="8" w:space="0" w:color="808080"/>
              <w:bottom w:val="single" w:sz="8" w:space="0" w:color="808080"/>
              <w:right w:val="single" w:sz="8" w:space="0" w:color="808080"/>
            </w:tcBorders>
          </w:tcPr>
          <w:p w14:paraId="65845206" w14:textId="77777777" w:rsidR="006407FE" w:rsidRPr="00036EC2" w:rsidRDefault="006407FE" w:rsidP="00FA5B9D">
            <w:pPr>
              <w:spacing w:line="0" w:lineRule="atLeast"/>
              <w:jc w:val="both"/>
              <w:rPr>
                <w:rFonts w:asciiTheme="majorEastAsia" w:eastAsiaTheme="majorEastAsia" w:hAnsiTheme="majorEastAsia"/>
              </w:rPr>
            </w:pPr>
          </w:p>
        </w:tc>
        <w:tc>
          <w:tcPr>
            <w:tcW w:w="3684" w:type="dxa"/>
            <w:tcBorders>
              <w:top w:val="single" w:sz="8" w:space="0" w:color="808080"/>
              <w:left w:val="single" w:sz="8" w:space="0" w:color="808080"/>
              <w:bottom w:val="single" w:sz="8" w:space="0" w:color="808080"/>
              <w:right w:val="single" w:sz="8" w:space="0" w:color="808080"/>
            </w:tcBorders>
          </w:tcPr>
          <w:p w14:paraId="204B957C" w14:textId="77777777" w:rsidR="006407FE" w:rsidRPr="00036EC2" w:rsidRDefault="006407FE" w:rsidP="00FA5B9D">
            <w:pPr>
              <w:spacing w:line="0" w:lineRule="atLeast"/>
              <w:jc w:val="both"/>
              <w:rPr>
                <w:rFonts w:asciiTheme="majorEastAsia" w:eastAsiaTheme="majorEastAsia" w:hAnsiTheme="majorEastAsia"/>
              </w:rPr>
            </w:pPr>
          </w:p>
        </w:tc>
      </w:tr>
      <w:tr w:rsidR="006407FE" w:rsidRPr="00036EC2" w14:paraId="61A0B420" w14:textId="77777777" w:rsidTr="00FA5B9D">
        <w:trPr>
          <w:trHeight w:val="340"/>
          <w:jc w:val="center"/>
        </w:trPr>
        <w:tc>
          <w:tcPr>
            <w:tcW w:w="127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vAlign w:val="center"/>
          </w:tcPr>
          <w:p w14:paraId="70D9E512" w14:textId="77777777" w:rsidR="006407FE" w:rsidRPr="00036EC2" w:rsidRDefault="006407FE" w:rsidP="00FA5B9D">
            <w:pPr>
              <w:spacing w:line="0" w:lineRule="atLeast"/>
              <w:jc w:val="center"/>
              <w:rPr>
                <w:rFonts w:asciiTheme="majorEastAsia" w:eastAsiaTheme="majorEastAsia" w:hAnsiTheme="majorEastAsia"/>
              </w:rPr>
            </w:pPr>
            <w:r w:rsidRPr="00036EC2">
              <w:rPr>
                <w:rFonts w:asciiTheme="majorEastAsia" w:eastAsiaTheme="majorEastAsia" w:hAnsiTheme="majorEastAsia"/>
                <w:sz w:val="19"/>
              </w:rPr>
              <w:t>5人目</w:t>
            </w:r>
          </w:p>
        </w:tc>
        <w:tc>
          <w:tcPr>
            <w:tcW w:w="241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7235C4B8" w14:textId="6129E48A" w:rsidR="006407FE" w:rsidRPr="000E4C3C" w:rsidRDefault="00000000" w:rsidP="00FA5B9D">
            <w:pPr>
              <w:pStyle w:val="ae"/>
              <w:spacing w:line="0" w:lineRule="atLeast"/>
              <w:ind w:left="0"/>
              <w:jc w:val="center"/>
              <w:rPr>
                <w:rFonts w:asciiTheme="majorEastAsia" w:eastAsiaTheme="majorEastAsia" w:hAnsiTheme="majorEastAsia"/>
              </w:rPr>
            </w:pPr>
            <w:sdt>
              <w:sdtPr>
                <w:rPr>
                  <w:rFonts w:ascii="ＭＳ ゴシック" w:eastAsia="ＭＳ ゴシック" w:hAnsi="ＭＳ ゴシック"/>
                  <w:sz w:val="24"/>
                  <w:szCs w:val="32"/>
                  <w:lang w:eastAsia="ja-JP"/>
                </w:rPr>
                <w:id w:val="-2118048918"/>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ＭＳ ゴシック" w:eastAsia="ＭＳ ゴシック" w:hAnsi="ＭＳ ゴシック" w:hint="eastAsia"/>
                <w:sz w:val="24"/>
                <w:szCs w:val="32"/>
                <w:lang w:eastAsia="ja-JP"/>
              </w:rPr>
              <w:t xml:space="preserve"> </w:t>
            </w:r>
            <w:proofErr w:type="spellStart"/>
            <w:r w:rsidR="006407FE" w:rsidRPr="008B17DC">
              <w:rPr>
                <w:rFonts w:asciiTheme="majorEastAsia" w:eastAsiaTheme="majorEastAsia" w:hAnsiTheme="majorEastAsia"/>
                <w:sz w:val="19"/>
              </w:rPr>
              <w:t>対面</w:t>
            </w:r>
            <w:proofErr w:type="spellEnd"/>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t>
            </w:r>
            <w:r w:rsidR="006407FE" w:rsidRPr="008B17DC">
              <w:rPr>
                <w:rFonts w:asciiTheme="majorEastAsia" w:eastAsiaTheme="majorEastAsia" w:hAnsiTheme="majorEastAsia" w:hint="eastAsia"/>
                <w:sz w:val="19"/>
                <w:lang w:eastAsia="ja-JP"/>
              </w:rPr>
              <w:t xml:space="preserve">　</w:t>
            </w:r>
            <w:sdt>
              <w:sdtPr>
                <w:rPr>
                  <w:rFonts w:ascii="ＭＳ ゴシック" w:eastAsia="ＭＳ ゴシック" w:hAnsi="ＭＳ ゴシック"/>
                  <w:sz w:val="24"/>
                  <w:szCs w:val="32"/>
                  <w:lang w:eastAsia="ja-JP"/>
                </w:rPr>
                <w:id w:val="-576826200"/>
                <w:lock w:val="sdtLocked"/>
                <w14:checkbox>
                  <w14:checked w14:val="0"/>
                  <w14:checkedState w14:val="2611" w14:font="ＭＳ Ｐゴシック"/>
                  <w14:uncheckedState w14:val="2610" w14:font="ＭＳ ゴシック"/>
                </w14:checkbox>
              </w:sdtPr>
              <w:sdtContent>
                <w:r w:rsidR="006407FE">
                  <w:rPr>
                    <w:rFonts w:ascii="ＭＳ ゴシック" w:eastAsia="ＭＳ ゴシック" w:hAnsi="ＭＳ ゴシック" w:hint="eastAsia"/>
                    <w:sz w:val="24"/>
                    <w:szCs w:val="32"/>
                    <w:lang w:eastAsia="ja-JP"/>
                  </w:rPr>
                  <w:t>☐</w:t>
                </w:r>
              </w:sdtContent>
            </w:sdt>
            <w:r w:rsidR="006407FE" w:rsidRPr="008B17DC">
              <w:rPr>
                <w:rFonts w:asciiTheme="majorEastAsia" w:eastAsiaTheme="majorEastAsia" w:hAnsiTheme="majorEastAsia" w:hint="eastAsia"/>
                <w:sz w:val="19"/>
                <w:lang w:eastAsia="ja-JP"/>
              </w:rPr>
              <w:t xml:space="preserve"> </w:t>
            </w:r>
            <w:r w:rsidR="006407FE" w:rsidRPr="008B17DC">
              <w:rPr>
                <w:rFonts w:asciiTheme="majorEastAsia" w:eastAsiaTheme="majorEastAsia" w:hAnsiTheme="majorEastAsia"/>
                <w:sz w:val="19"/>
              </w:rPr>
              <w:t>Web</w:t>
            </w:r>
          </w:p>
        </w:tc>
        <w:tc>
          <w:tcPr>
            <w:tcW w:w="2835" w:type="dxa"/>
            <w:tcBorders>
              <w:top w:val="single" w:sz="8" w:space="0" w:color="808080"/>
              <w:left w:val="single" w:sz="8" w:space="0" w:color="808080"/>
              <w:bottom w:val="single" w:sz="8" w:space="0" w:color="808080"/>
              <w:right w:val="single" w:sz="8" w:space="0" w:color="808080"/>
            </w:tcBorders>
          </w:tcPr>
          <w:p w14:paraId="13C8B750" w14:textId="77777777" w:rsidR="006407FE" w:rsidRPr="00036EC2" w:rsidRDefault="006407FE" w:rsidP="00FA5B9D">
            <w:pPr>
              <w:spacing w:line="0" w:lineRule="atLeast"/>
              <w:jc w:val="both"/>
              <w:rPr>
                <w:rFonts w:asciiTheme="majorEastAsia" w:eastAsiaTheme="majorEastAsia" w:hAnsiTheme="majorEastAsia"/>
              </w:rPr>
            </w:pPr>
          </w:p>
        </w:tc>
        <w:tc>
          <w:tcPr>
            <w:tcW w:w="3684" w:type="dxa"/>
            <w:tcBorders>
              <w:top w:val="single" w:sz="8" w:space="0" w:color="808080"/>
              <w:left w:val="single" w:sz="8" w:space="0" w:color="808080"/>
              <w:bottom w:val="single" w:sz="8" w:space="0" w:color="808080"/>
              <w:right w:val="single" w:sz="8" w:space="0" w:color="808080"/>
            </w:tcBorders>
          </w:tcPr>
          <w:p w14:paraId="162D4444" w14:textId="77777777" w:rsidR="006407FE" w:rsidRPr="00036EC2" w:rsidRDefault="006407FE" w:rsidP="00FA5B9D">
            <w:pPr>
              <w:spacing w:line="0" w:lineRule="atLeast"/>
              <w:jc w:val="both"/>
              <w:rPr>
                <w:rFonts w:asciiTheme="majorEastAsia" w:eastAsiaTheme="majorEastAsia" w:hAnsiTheme="majorEastAsia"/>
              </w:rPr>
            </w:pPr>
          </w:p>
        </w:tc>
      </w:tr>
    </w:tbl>
    <w:p w14:paraId="3FA99FDF" w14:textId="339F0051" w:rsidR="00602BE0" w:rsidRPr="00A30FB4" w:rsidRDefault="008C5A87" w:rsidP="00036EC2">
      <w:pPr>
        <w:spacing w:line="0" w:lineRule="atLeast"/>
        <w:ind w:left="113"/>
        <w:jc w:val="both"/>
        <w:rPr>
          <w:rFonts w:asciiTheme="majorEastAsia" w:eastAsiaTheme="majorEastAsia" w:hAnsiTheme="majorEastAsia"/>
          <w:sz w:val="18"/>
          <w:szCs w:val="24"/>
          <w:lang w:eastAsia="ja-JP"/>
        </w:rPr>
      </w:pPr>
      <w:r w:rsidRPr="00A30FB4">
        <w:rPr>
          <w:rFonts w:asciiTheme="majorEastAsia" w:eastAsiaTheme="majorEastAsia" w:hAnsiTheme="majorEastAsia"/>
          <w:sz w:val="18"/>
          <w:szCs w:val="24"/>
          <w:lang w:eastAsia="ja-JP"/>
        </w:rPr>
        <w:t>※対話参加者は、１事業者（グループ）あたり</w:t>
      </w:r>
      <w:r w:rsidR="00602BE0" w:rsidRPr="00A30FB4">
        <w:rPr>
          <w:rFonts w:asciiTheme="majorEastAsia" w:eastAsiaTheme="majorEastAsia" w:hAnsiTheme="majorEastAsia" w:hint="eastAsia"/>
          <w:sz w:val="18"/>
          <w:szCs w:val="24"/>
          <w:lang w:eastAsia="ja-JP"/>
        </w:rPr>
        <w:t>5</w:t>
      </w:r>
      <w:r w:rsidRPr="00A30FB4">
        <w:rPr>
          <w:rFonts w:asciiTheme="majorEastAsia" w:eastAsiaTheme="majorEastAsia" w:hAnsiTheme="majorEastAsia"/>
          <w:sz w:val="18"/>
          <w:szCs w:val="24"/>
          <w:lang w:eastAsia="ja-JP"/>
        </w:rPr>
        <w:t>名までとします。</w:t>
      </w:r>
    </w:p>
    <w:p w14:paraId="0A44C9BD" w14:textId="77777777" w:rsidR="00F81E69" w:rsidRPr="00A30FB4" w:rsidRDefault="008C5A87" w:rsidP="00F81E69">
      <w:pPr>
        <w:spacing w:line="0" w:lineRule="atLeast"/>
        <w:ind w:left="113"/>
        <w:jc w:val="both"/>
        <w:rPr>
          <w:rFonts w:asciiTheme="majorEastAsia" w:eastAsiaTheme="majorEastAsia" w:hAnsiTheme="majorEastAsia"/>
          <w:sz w:val="18"/>
          <w:szCs w:val="24"/>
          <w:lang w:eastAsia="ja-JP"/>
        </w:rPr>
      </w:pPr>
      <w:r w:rsidRPr="00A30FB4">
        <w:rPr>
          <w:rFonts w:asciiTheme="majorEastAsia" w:eastAsiaTheme="majorEastAsia" w:hAnsiTheme="majorEastAsia"/>
          <w:sz w:val="18"/>
          <w:szCs w:val="24"/>
          <w:lang w:eastAsia="ja-JP"/>
        </w:rPr>
        <w:t>※参加者が未定の場合は、「未定」と記載してください。</w:t>
      </w:r>
    </w:p>
    <w:p w14:paraId="496ECEDB" w14:textId="74AE260D" w:rsidR="00F81E69" w:rsidRPr="00A30FB4" w:rsidRDefault="008C5A87" w:rsidP="00F81E69">
      <w:pPr>
        <w:spacing w:line="0" w:lineRule="atLeast"/>
        <w:ind w:left="113"/>
        <w:jc w:val="both"/>
        <w:rPr>
          <w:rFonts w:asciiTheme="majorEastAsia" w:eastAsiaTheme="majorEastAsia" w:hAnsiTheme="majorEastAsia"/>
          <w:sz w:val="18"/>
          <w:szCs w:val="24"/>
          <w:lang w:eastAsia="ja-JP"/>
        </w:rPr>
      </w:pPr>
      <w:r w:rsidRPr="00A30FB4">
        <w:rPr>
          <w:rFonts w:asciiTheme="majorEastAsia" w:eastAsiaTheme="majorEastAsia" w:hAnsiTheme="majorEastAsia"/>
          <w:sz w:val="18"/>
          <w:szCs w:val="24"/>
          <w:lang w:eastAsia="ja-JP"/>
        </w:rPr>
        <w:t>※参加方法は、</w:t>
      </w:r>
      <w:r w:rsidR="00602BE0" w:rsidRPr="00A30FB4">
        <w:rPr>
          <w:rFonts w:asciiTheme="majorEastAsia" w:eastAsiaTheme="majorEastAsia" w:hAnsiTheme="majorEastAsia"/>
          <w:sz w:val="18"/>
          <w:szCs w:val="24"/>
          <w:lang w:eastAsia="ja-JP"/>
        </w:rPr>
        <w:t>対面・Webのいずれかを選択し、該当する</w:t>
      </w:r>
      <w:r w:rsidR="00602BE0" w:rsidRPr="00A30FB4">
        <w:rPr>
          <w:rFonts w:asciiTheme="majorEastAsia" w:eastAsiaTheme="majorEastAsia" w:hAnsiTheme="majorEastAsia" w:hint="eastAsia"/>
          <w:sz w:val="18"/>
          <w:szCs w:val="24"/>
          <w:lang w:eastAsia="ja-JP"/>
        </w:rPr>
        <w:t>参加方法</w:t>
      </w:r>
      <w:r w:rsidR="00F81E69" w:rsidRPr="00A30FB4">
        <w:rPr>
          <w:rFonts w:asciiTheme="majorEastAsia" w:eastAsiaTheme="majorEastAsia" w:hAnsiTheme="majorEastAsia"/>
          <w:sz w:val="18"/>
          <w:szCs w:val="24"/>
          <w:lang w:eastAsia="ja-JP"/>
        </w:rPr>
        <w:t>に「☑」を付けてください。</w:t>
      </w:r>
    </w:p>
    <w:p w14:paraId="2A304836" w14:textId="3B029508" w:rsidR="008805CF" w:rsidRPr="00036EC2" w:rsidRDefault="008C5A87" w:rsidP="00F81E69">
      <w:pPr>
        <w:spacing w:beforeLines="50" w:before="120" w:line="0" w:lineRule="atLeast"/>
        <w:ind w:left="113"/>
        <w:jc w:val="both"/>
        <w:rPr>
          <w:rFonts w:asciiTheme="majorEastAsia" w:eastAsiaTheme="majorEastAsia" w:hAnsiTheme="majorEastAsia"/>
          <w:lang w:eastAsia="ja-JP"/>
        </w:rPr>
      </w:pPr>
      <w:r w:rsidRPr="00036EC2">
        <w:rPr>
          <w:rFonts w:asciiTheme="majorEastAsia" w:eastAsiaTheme="majorEastAsia" w:hAnsiTheme="majorEastAsia"/>
          <w:b/>
          <w:sz w:val="21"/>
          <w:lang w:eastAsia="ja-JP"/>
        </w:rPr>
        <w:t>８．本調査に関して事前に確認したい事項</w:t>
      </w:r>
    </w:p>
    <w:p w14:paraId="194F0048" w14:textId="77777777" w:rsidR="008805CF" w:rsidRPr="00A30FB4" w:rsidRDefault="008C5A87" w:rsidP="00036EC2">
      <w:pPr>
        <w:spacing w:after="40" w:line="360" w:lineRule="exact"/>
        <w:ind w:left="113"/>
        <w:jc w:val="both"/>
        <w:rPr>
          <w:rFonts w:asciiTheme="majorEastAsia" w:eastAsiaTheme="majorEastAsia" w:hAnsiTheme="majorEastAsia"/>
          <w:sz w:val="21"/>
          <w:szCs w:val="24"/>
          <w:lang w:eastAsia="ja-JP"/>
        </w:rPr>
      </w:pPr>
      <w:r w:rsidRPr="00A30FB4">
        <w:rPr>
          <w:rFonts w:asciiTheme="majorEastAsia" w:eastAsiaTheme="majorEastAsia" w:hAnsiTheme="majorEastAsia"/>
          <w:sz w:val="18"/>
          <w:szCs w:val="24"/>
          <w:lang w:eastAsia="ja-JP"/>
        </w:rPr>
        <w:t>※本調査への参加を検討するに当たり、事前に確認したい事項があれば記載してください。</w:t>
      </w:r>
    </w:p>
    <w:tbl>
      <w:tblPr>
        <w:tblW w:w="0" w:type="auto"/>
        <w:jc w:val="center"/>
        <w:tblLayout w:type="fixed"/>
        <w:tblLook w:val="04A0" w:firstRow="1" w:lastRow="0" w:firstColumn="1" w:lastColumn="0" w:noHBand="0" w:noVBand="1"/>
      </w:tblPr>
      <w:tblGrid>
        <w:gridCol w:w="10206"/>
      </w:tblGrid>
      <w:tr w:rsidR="008805CF" w:rsidRPr="00036EC2" w14:paraId="259AEF7A" w14:textId="77777777">
        <w:trPr>
          <w:trHeight w:val="1417"/>
          <w:jc w:val="center"/>
        </w:trPr>
        <w:tc>
          <w:tcPr>
            <w:tcW w:w="10206" w:type="dxa"/>
            <w:tcBorders>
              <w:top w:val="single" w:sz="8" w:space="0" w:color="808080"/>
              <w:left w:val="single" w:sz="8" w:space="0" w:color="808080"/>
              <w:bottom w:val="single" w:sz="8" w:space="0" w:color="808080"/>
              <w:right w:val="single" w:sz="8" w:space="0" w:color="808080"/>
            </w:tcBorders>
          </w:tcPr>
          <w:p w14:paraId="06CA9AA2" w14:textId="77777777" w:rsidR="008805CF" w:rsidRPr="00036EC2" w:rsidRDefault="008805CF" w:rsidP="00036EC2">
            <w:pPr>
              <w:spacing w:line="360" w:lineRule="exact"/>
              <w:jc w:val="both"/>
              <w:rPr>
                <w:rFonts w:asciiTheme="majorEastAsia" w:eastAsiaTheme="majorEastAsia" w:hAnsiTheme="majorEastAsia"/>
                <w:lang w:eastAsia="ja-JP"/>
              </w:rPr>
            </w:pPr>
          </w:p>
        </w:tc>
      </w:tr>
    </w:tbl>
    <w:p w14:paraId="43E1DEC2" w14:textId="77777777" w:rsidR="008805CF" w:rsidRPr="00036EC2" w:rsidRDefault="008C5A87" w:rsidP="00036EC2">
      <w:pPr>
        <w:spacing w:before="100" w:after="40" w:line="360" w:lineRule="exact"/>
        <w:jc w:val="both"/>
        <w:rPr>
          <w:rFonts w:asciiTheme="majorEastAsia" w:eastAsiaTheme="majorEastAsia" w:hAnsiTheme="majorEastAsia"/>
          <w:lang w:eastAsia="ja-JP"/>
        </w:rPr>
      </w:pPr>
      <w:r w:rsidRPr="00036EC2">
        <w:rPr>
          <w:rFonts w:asciiTheme="majorEastAsia" w:eastAsiaTheme="majorEastAsia" w:hAnsiTheme="majorEastAsia"/>
          <w:b/>
          <w:sz w:val="21"/>
          <w:lang w:eastAsia="ja-JP"/>
        </w:rPr>
        <w:t>９．その他</w:t>
      </w:r>
    </w:p>
    <w:p w14:paraId="4B2B7E3C" w14:textId="77777777" w:rsidR="008805CF" w:rsidRPr="00A30FB4" w:rsidRDefault="008C5A87" w:rsidP="00036EC2">
      <w:pPr>
        <w:spacing w:after="40" w:line="360" w:lineRule="exact"/>
        <w:ind w:left="113"/>
        <w:jc w:val="both"/>
        <w:rPr>
          <w:rFonts w:asciiTheme="majorEastAsia" w:eastAsiaTheme="majorEastAsia" w:hAnsiTheme="majorEastAsia"/>
          <w:sz w:val="21"/>
          <w:szCs w:val="24"/>
          <w:lang w:eastAsia="ja-JP"/>
        </w:rPr>
      </w:pPr>
      <w:r w:rsidRPr="00A30FB4">
        <w:rPr>
          <w:rFonts w:asciiTheme="majorEastAsia" w:eastAsiaTheme="majorEastAsia" w:hAnsiTheme="majorEastAsia"/>
          <w:sz w:val="18"/>
          <w:szCs w:val="24"/>
          <w:lang w:eastAsia="ja-JP"/>
        </w:rPr>
        <w:t>※本調査の実施に関して、あらかじめ本市に伝えておきたい事項等があれば記載してください。</w:t>
      </w:r>
    </w:p>
    <w:tbl>
      <w:tblPr>
        <w:tblW w:w="0" w:type="auto"/>
        <w:jc w:val="center"/>
        <w:tblLayout w:type="fixed"/>
        <w:tblLook w:val="04A0" w:firstRow="1" w:lastRow="0" w:firstColumn="1" w:lastColumn="0" w:noHBand="0" w:noVBand="1"/>
      </w:tblPr>
      <w:tblGrid>
        <w:gridCol w:w="10206"/>
      </w:tblGrid>
      <w:tr w:rsidR="008805CF" w:rsidRPr="00036EC2" w14:paraId="53C860C6" w14:textId="77777777">
        <w:trPr>
          <w:trHeight w:val="1304"/>
          <w:jc w:val="center"/>
        </w:trPr>
        <w:tc>
          <w:tcPr>
            <w:tcW w:w="10206" w:type="dxa"/>
            <w:tcBorders>
              <w:top w:val="single" w:sz="8" w:space="0" w:color="808080"/>
              <w:left w:val="single" w:sz="8" w:space="0" w:color="808080"/>
              <w:bottom w:val="single" w:sz="8" w:space="0" w:color="808080"/>
              <w:right w:val="single" w:sz="8" w:space="0" w:color="808080"/>
            </w:tcBorders>
          </w:tcPr>
          <w:p w14:paraId="5E96A1C1" w14:textId="77777777" w:rsidR="008805CF" w:rsidRPr="00036EC2" w:rsidRDefault="008805CF" w:rsidP="00036EC2">
            <w:pPr>
              <w:spacing w:line="360" w:lineRule="exact"/>
              <w:jc w:val="both"/>
              <w:rPr>
                <w:rFonts w:asciiTheme="majorEastAsia" w:eastAsiaTheme="majorEastAsia" w:hAnsiTheme="majorEastAsia"/>
                <w:lang w:eastAsia="ja-JP"/>
              </w:rPr>
            </w:pPr>
          </w:p>
        </w:tc>
      </w:tr>
    </w:tbl>
    <w:p w14:paraId="493568D7" w14:textId="77777777" w:rsidR="008C5A87" w:rsidRPr="00036EC2" w:rsidRDefault="008C5A87" w:rsidP="00036EC2">
      <w:pPr>
        <w:spacing w:line="360" w:lineRule="exact"/>
        <w:jc w:val="both"/>
        <w:rPr>
          <w:rFonts w:asciiTheme="majorEastAsia" w:eastAsiaTheme="majorEastAsia" w:hAnsiTheme="majorEastAsia"/>
          <w:lang w:eastAsia="ja-JP"/>
        </w:rPr>
      </w:pPr>
    </w:p>
    <w:sectPr w:rsidR="008C5A87" w:rsidRPr="00036EC2" w:rsidSect="00034616">
      <w:footerReference w:type="default" r:id="rId8"/>
      <w:pgSz w:w="11906" w:h="16838"/>
      <w:pgMar w:top="680" w:right="850" w:bottom="68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76E9" w14:textId="77777777" w:rsidR="00D97B71" w:rsidRDefault="00D97B71">
      <w:pPr>
        <w:spacing w:line="240" w:lineRule="auto"/>
      </w:pPr>
      <w:r>
        <w:separator/>
      </w:r>
    </w:p>
  </w:endnote>
  <w:endnote w:type="continuationSeparator" w:id="0">
    <w:p w14:paraId="71859AE5" w14:textId="77777777" w:rsidR="00D97B71" w:rsidRDefault="00D97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548E4" w14:textId="77777777" w:rsidR="008805CF" w:rsidRDefault="008C5A87">
    <w:pPr>
      <w:pStyle w:val="a7"/>
      <w:jc w:val="center"/>
    </w:pPr>
    <w:r>
      <w:rPr>
        <w:sz w:val="18"/>
      </w:rPr>
      <w:fldChar w:fldCharType="begin"/>
    </w:r>
    <w:r>
      <w:rPr>
        <w:sz w:val="18"/>
      </w:rPr>
      <w:instrText xml:space="preserve"> PAGE </w:instrText>
    </w:r>
    <w:r>
      <w:rPr>
        <w:sz w:val="18"/>
      </w:rPr>
      <w:fldChar w:fldCharType="separate"/>
    </w:r>
    <w:r w:rsidR="00036EC2">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54DF" w14:textId="77777777" w:rsidR="00D97B71" w:rsidRDefault="00D97B71">
      <w:pPr>
        <w:spacing w:line="240" w:lineRule="auto"/>
      </w:pPr>
      <w:r>
        <w:separator/>
      </w:r>
    </w:p>
  </w:footnote>
  <w:footnote w:type="continuationSeparator" w:id="0">
    <w:p w14:paraId="1FAA6EA1" w14:textId="77777777" w:rsidR="00D97B71" w:rsidRDefault="00D97B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B7E63C3"/>
    <w:multiLevelType w:val="hybridMultilevel"/>
    <w:tmpl w:val="E7DC7B8C"/>
    <w:lvl w:ilvl="0" w:tplc="ABEC0E90">
      <w:numFmt w:val="bullet"/>
      <w:lvlText w:val="□"/>
      <w:lvlJc w:val="left"/>
      <w:pPr>
        <w:ind w:left="360" w:hanging="360"/>
      </w:pPr>
      <w:rPr>
        <w:rFonts w:ascii="ＭＳ ゴシック" w:eastAsia="ＭＳ ゴシック" w:hAnsi="ＭＳ ゴシック" w:cstheme="minorBidi" w:hint="eastAsia"/>
        <w:sz w:val="19"/>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44949415">
    <w:abstractNumId w:val="8"/>
  </w:num>
  <w:num w:numId="2" w16cid:durableId="688676480">
    <w:abstractNumId w:val="6"/>
  </w:num>
  <w:num w:numId="3" w16cid:durableId="843712414">
    <w:abstractNumId w:val="5"/>
  </w:num>
  <w:num w:numId="4" w16cid:durableId="652030930">
    <w:abstractNumId w:val="4"/>
  </w:num>
  <w:num w:numId="5" w16cid:durableId="334773791">
    <w:abstractNumId w:val="7"/>
  </w:num>
  <w:num w:numId="6" w16cid:durableId="2106221929">
    <w:abstractNumId w:val="3"/>
  </w:num>
  <w:num w:numId="7" w16cid:durableId="2072463488">
    <w:abstractNumId w:val="2"/>
  </w:num>
  <w:num w:numId="8" w16cid:durableId="2015525290">
    <w:abstractNumId w:val="1"/>
  </w:num>
  <w:num w:numId="9" w16cid:durableId="1766031275">
    <w:abstractNumId w:val="0"/>
  </w:num>
  <w:num w:numId="10" w16cid:durableId="2204093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cumentProtection w:edit="forms" w:enforcement="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FFC"/>
    <w:rsid w:val="00034616"/>
    <w:rsid w:val="00036EC2"/>
    <w:rsid w:val="0006063C"/>
    <w:rsid w:val="00097F8D"/>
    <w:rsid w:val="000E4C3C"/>
    <w:rsid w:val="0015074B"/>
    <w:rsid w:val="002257F6"/>
    <w:rsid w:val="0029639D"/>
    <w:rsid w:val="00326F90"/>
    <w:rsid w:val="00385CCA"/>
    <w:rsid w:val="00546309"/>
    <w:rsid w:val="00602BE0"/>
    <w:rsid w:val="006407FE"/>
    <w:rsid w:val="008805CF"/>
    <w:rsid w:val="008C5A87"/>
    <w:rsid w:val="00990A4E"/>
    <w:rsid w:val="009B7C63"/>
    <w:rsid w:val="00A30FB4"/>
    <w:rsid w:val="00AA1D8D"/>
    <w:rsid w:val="00B34B4E"/>
    <w:rsid w:val="00B47730"/>
    <w:rsid w:val="00CB0664"/>
    <w:rsid w:val="00D97B71"/>
    <w:rsid w:val="00F65C4F"/>
    <w:rsid w:val="00F81E69"/>
    <w:rsid w:val="00F86047"/>
    <w:rsid w:val="00FA5B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D13A9A6"/>
  <w14:defaultImageDpi w14:val="330"/>
  <w15:docId w15:val="{C89C0602-5C33-495E-BCBB-379C291F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pPr>
    <w:rPr>
      <w:rFonts w:ascii="游ゴシック" w:eastAsia="游ゴシック" w:hAnsi="游ゴシック"/>
      <w:sz w:val="20"/>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214</Words>
  <Characters>1224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宮本 達也</cp:lastModifiedBy>
  <cp:revision>3</cp:revision>
  <cp:lastPrinted>2026-08-28T00:36:00Z</cp:lastPrinted>
  <dcterms:created xsi:type="dcterms:W3CDTF">2026-08-27T23:22:00Z</dcterms:created>
  <dcterms:modified xsi:type="dcterms:W3CDTF">2026-08-28T01:00:00Z</dcterms:modified>
  <cp:category/>
</cp:coreProperties>
</file>